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0C4AC" w14:textId="21B02F76" w:rsidR="00E41EB7" w:rsidRPr="00E41EB7" w:rsidRDefault="00E41EB7" w:rsidP="00E41EB7">
      <w:pPr>
        <w:pStyle w:val="1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92AFDD6" wp14:editId="215EEAE7">
            <wp:simplePos x="0" y="0"/>
            <wp:positionH relativeFrom="margin">
              <wp:posOffset>2571750</wp:posOffset>
            </wp:positionH>
            <wp:positionV relativeFrom="margin">
              <wp:posOffset>0</wp:posOffset>
            </wp:positionV>
            <wp:extent cx="608330" cy="608330"/>
            <wp:effectExtent l="0" t="0" r="1270" b="1270"/>
            <wp:wrapSquare wrapText="bothSides"/>
            <wp:docPr id="1296478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833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  <w:lang w:bidi="th-TH"/>
        </w:rPr>
        <w:t xml:space="preserve">                           </w:t>
      </w:r>
    </w:p>
    <w:p w14:paraId="6CB2418F" w14:textId="75DE9CED" w:rsidR="004F6774" w:rsidRPr="004F6774" w:rsidRDefault="00E41EB7" w:rsidP="00936D55">
      <w:pPr>
        <w:tabs>
          <w:tab w:val="left" w:pos="9355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  <w:lang w:bidi="th-TH"/>
        </w:rPr>
        <w:t xml:space="preserve">  </w:t>
      </w:r>
      <w:r w:rsidR="004F6774"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แผนการจัดการเรียนรู้</w:t>
      </w:r>
      <w:r w:rsidR="004F6774" w:rsidRPr="004F677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ที่</w:t>
      </w:r>
      <w:r w:rsid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 1</w:t>
      </w:r>
    </w:p>
    <w:p w14:paraId="0D89E9E3" w14:textId="0AD3F8A5" w:rsidR="004F6774" w:rsidRPr="004F6774" w:rsidRDefault="004F6774" w:rsidP="00936D55">
      <w:pPr>
        <w:tabs>
          <w:tab w:val="left" w:pos="5103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กลุ่มสาระการเรียนรู้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คณิตศาสตร์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 w:rsidR="0022757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 w:rsidR="00227572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ชั้นมัธยมศึกษาปีที่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 1</w:t>
      </w:r>
    </w:p>
    <w:p w14:paraId="7EDE6255" w14:textId="733F15A3" w:rsidR="004F6774" w:rsidRPr="004F6774" w:rsidRDefault="004F6774" w:rsidP="00936D55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รายวิชา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คณิตศาสตร์ (ค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>21101)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ab/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ภาคเรียนที่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>1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ab/>
      </w:r>
      <w:r w:rsidR="00227572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ab/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 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ปีการศึกษา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 2568</w:t>
      </w:r>
    </w:p>
    <w:p w14:paraId="346F51EA" w14:textId="562E1576" w:rsidR="004F6774" w:rsidRPr="004F6774" w:rsidRDefault="004F6774" w:rsidP="00936D55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เวลาเรียน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>3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คาบ/สัปดาห์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 w:rsidR="0022757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จำนวน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1.5 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หน่วยกิต</w:t>
      </w:r>
    </w:p>
    <w:p w14:paraId="2DA63B60" w14:textId="40FA2476" w:rsidR="004F6774" w:rsidRPr="004F6774" w:rsidRDefault="004F6774" w:rsidP="00936D55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หน่วยการเรียนรู้ที่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>1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 </w:t>
      </w:r>
      <w:r w:rsidRPr="004F677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ชื่อหน่วย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 </w:t>
      </w:r>
      <w:r w:rsidR="002D43C3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การวัดและ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เรขาคณิต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 w:rsidR="0022757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 w:rsidR="002D43C3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จำนวน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>2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คาบ (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>100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นาที)</w:t>
      </w:r>
    </w:p>
    <w:p w14:paraId="5D40A2A5" w14:textId="57559F7A" w:rsidR="004F6774" w:rsidRPr="004F6774" w:rsidRDefault="004F6774" w:rsidP="004F6774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เรื่อ</w:t>
      </w:r>
      <w:r w:rsidRPr="004F677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ง 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>เส้นตรง มุม และรูปเรขาคณิตสองมิติ</w:t>
      </w:r>
      <w:r w:rsidRPr="004F677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 w:rsidR="0022757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ab/>
      </w:r>
      <w:r w:rsidRPr="004F677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4F677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ผู้สอน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 นายราม รักเรียน</w:t>
      </w:r>
    </w:p>
    <w:p w14:paraId="3F3092FC" w14:textId="6305AA88" w:rsidR="004F6774" w:rsidRDefault="004F6774" w:rsidP="00E41EB7">
      <w:pPr>
        <w:pStyle w:val="1"/>
        <w:spacing w:before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  <w:lang w:bidi="th-TH"/>
        </w:rPr>
      </w:pPr>
      <w:r>
        <w:rPr>
          <w:rFonts w:ascii="TH Sarabun New" w:hAnsi="TH Sarabun New" w:cs="TH Sarabun New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4664B7" wp14:editId="5166580A">
                <wp:simplePos x="0" y="0"/>
                <wp:positionH relativeFrom="column">
                  <wp:posOffset>-27098</wp:posOffset>
                </wp:positionH>
                <wp:positionV relativeFrom="paragraph">
                  <wp:posOffset>19257</wp:posOffset>
                </wp:positionV>
                <wp:extent cx="5418000" cy="36000"/>
                <wp:effectExtent l="38100" t="38100" r="68580" b="97790"/>
                <wp:wrapNone/>
                <wp:docPr id="66449567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8000" cy="36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E08E1" id="Straight Connector 3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5pt,1.5pt" to="424.4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" strokecolor="black [3200]" strokeweight="1pt">
                <v:shadow on="t" color="black" opacity="24903f" origin=",.5" offset="0,.55556mm"/>
              </v:line>
            </w:pict>
          </mc:Fallback>
        </mc:AlternateContent>
      </w:r>
    </w:p>
    <w:p w14:paraId="66E190D3" w14:textId="5A92B9F6" w:rsidR="004F6774" w:rsidRDefault="004F6774" w:rsidP="004F6774">
      <w:pPr>
        <w:pStyle w:val="1"/>
        <w:spacing w:before="0" w:line="240" w:lineRule="auto"/>
        <w:rPr>
          <w:rFonts w:ascii="TH Sarabun New" w:hAnsi="TH Sarabun New" w:cs="TH Sarabun New"/>
          <w:color w:val="000000" w:themeColor="text1"/>
          <w:sz w:val="32"/>
          <w:szCs w:val="32"/>
          <w:cs/>
          <w:lang w:bidi="th-TH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  <w:lang w:bidi="th-TH"/>
        </w:rPr>
        <w:t>ผลการเรียนรู้</w:t>
      </w:r>
      <w:r w:rsidR="002D43C3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1FF8DDAF" w14:textId="77777777" w:rsidR="00934C0A" w:rsidRDefault="00934C0A" w:rsidP="00603A9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lang w:bidi="th-TH"/>
        </w:rPr>
      </w:pPr>
      <w:r w:rsidRPr="00934C0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ส</w:t>
      </w:r>
      <w:r w:rsidRPr="00934C0A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า</w:t>
      </w:r>
      <w:r w:rsidRPr="00934C0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ระที่ ๒</w:t>
      </w:r>
      <w:r w:rsidRPr="00934C0A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การวัดและเรขาคณิต</w:t>
      </w:r>
    </w:p>
    <w:p w14:paraId="5E91CBBF" w14:textId="11A55278" w:rsidR="005B153B" w:rsidRDefault="00934C0A" w:rsidP="00603A9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lang w:bidi="th-TH"/>
        </w:rPr>
      </w:pPr>
      <w:r w:rsidRPr="00934C0A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มาตรฐาน</w:t>
      </w:r>
      <w:r w:rsidRPr="00934C0A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EE1F3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ค ๒.๒</w:t>
      </w:r>
      <w:r w:rsidRPr="00934C0A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เข้าใจและวิเคราะห์รูปเรขาคณิต สมบัติของรูปเรขาคณิต ความสัมพันธ์ระหว่างรูปเขาคณิต และทฤษฎีบททางเรขาคณิตและนำไปใช้</w:t>
      </w:r>
      <w:r w:rsidRPr="00051A66">
        <w:rPr>
          <w:rFonts w:ascii="TH Sarabun New" w:hAnsi="TH Sarabun New" w:cs="TH Sarabun New"/>
          <w:sz w:val="32"/>
          <w:szCs w:val="32"/>
        </w:rPr>
        <w:br/>
      </w:r>
      <w:r w:rsidR="002D43C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F1E45">
        <w:rPr>
          <w:rFonts w:ascii="TH Sarabun New" w:hAnsi="TH Sarabun New" w:cs="TH Sarabun New"/>
          <w:b/>
          <w:bCs/>
          <w:sz w:val="32"/>
          <w:szCs w:val="32"/>
        </w:rPr>
        <w:t>ตัวชี้วัด</w:t>
      </w:r>
      <w:r w:rsidRPr="00051A66">
        <w:rPr>
          <w:rFonts w:ascii="TH Sarabun New" w:hAnsi="TH Sarabun New" w:cs="TH Sarabun New"/>
          <w:sz w:val="32"/>
          <w:szCs w:val="32"/>
        </w:rPr>
        <w:t xml:space="preserve"> </w:t>
      </w:r>
      <w:r w:rsidR="00532164">
        <w:rPr>
          <w:rFonts w:ascii="TH Sarabun New" w:hAnsi="TH Sarabun New" w:cs="TH Sarabun New" w:hint="cs"/>
          <w:sz w:val="32"/>
          <w:szCs w:val="32"/>
          <w:cs/>
          <w:lang w:bidi="th-TH"/>
        </w:rPr>
        <w:t>ใช้ความรู้ทางเรขาคณิตและเครื่องมือ</w:t>
      </w:r>
      <w:r w:rsidR="00532164" w:rsidRPr="00532164">
        <w:rPr>
          <w:rFonts w:ascii="TH Sarabun New" w:hAnsi="TH Sarabun New" w:cs="TH Sarabun New"/>
          <w:sz w:val="32"/>
          <w:szCs w:val="32"/>
        </w:rPr>
        <w:t xml:space="preserve"> 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เช่น</w:t>
      </w:r>
      <w:r w:rsidR="00532164" w:rsidRPr="00532164">
        <w:rPr>
          <w:rFonts w:ascii="TH Sarabun New" w:hAnsi="TH Sarabun New" w:cs="TH Sarabun New"/>
          <w:sz w:val="32"/>
          <w:szCs w:val="32"/>
        </w:rPr>
        <w:t xml:space="preserve"> 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วงเวียนและสันตรง</w:t>
      </w:r>
      <w:r w:rsidR="00532164" w:rsidRPr="00532164">
        <w:rPr>
          <w:rFonts w:ascii="TH Sarabun New" w:hAnsi="TH Sarabun New" w:cs="TH Sarabun New"/>
          <w:sz w:val="32"/>
          <w:szCs w:val="32"/>
        </w:rPr>
        <w:t xml:space="preserve"> 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รวมทั้งโปรแกรม</w:t>
      </w:r>
      <w:r w:rsidR="00532164" w:rsidRPr="00532164">
        <w:rPr>
          <w:rFonts w:ascii="TH Sarabun New" w:hAnsi="TH Sarabun New" w:cs="TH Sarabun New"/>
          <w:sz w:val="32"/>
          <w:szCs w:val="32"/>
        </w:rPr>
        <w:t xml:space="preserve"> The Geometer’s Sketchpad 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หรือ</w:t>
      </w:r>
      <w:r w:rsidR="00532164" w:rsidRPr="00532164">
        <w:rPr>
          <w:rFonts w:ascii="TH Sarabun New" w:hAnsi="TH Sarabun New" w:cs="TH Sarabun New"/>
          <w:sz w:val="32"/>
          <w:szCs w:val="32"/>
        </w:rPr>
        <w:t xml:space="preserve"> 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โปรแกรมเรข</w:t>
      </w:r>
      <w:r w:rsidR="00532164">
        <w:rPr>
          <w:rFonts w:ascii="TH Sarabun New" w:hAnsi="TH Sarabun New" w:cs="TH Sarabun New" w:hint="cs"/>
          <w:sz w:val="32"/>
          <w:szCs w:val="32"/>
          <w:cs/>
          <w:lang w:bidi="th-TH"/>
        </w:rPr>
        <w:t>า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คณิตพลวัตอื่น</w:t>
      </w:r>
      <w:r w:rsidR="00532164" w:rsidRPr="00532164">
        <w:rPr>
          <w:rFonts w:ascii="TH Sarabun New" w:hAnsi="TH Sarabun New" w:cs="TH Sarabun New"/>
          <w:sz w:val="32"/>
          <w:szCs w:val="32"/>
        </w:rPr>
        <w:t xml:space="preserve"> 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ๆ</w:t>
      </w:r>
      <w:r w:rsidR="00532164" w:rsidRPr="00532164">
        <w:rPr>
          <w:rFonts w:ascii="TH Sarabun New" w:hAnsi="TH Sarabun New" w:cs="TH Sarabun New"/>
          <w:sz w:val="32"/>
          <w:szCs w:val="32"/>
        </w:rPr>
        <w:t xml:space="preserve"> 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เพื่อสร</w:t>
      </w:r>
      <w:r w:rsidR="00532164">
        <w:rPr>
          <w:rFonts w:ascii="TH Sarabun New" w:hAnsi="TH Sarabun New" w:cs="TH Sarabun New" w:hint="cs"/>
          <w:sz w:val="32"/>
          <w:szCs w:val="32"/>
          <w:cs/>
          <w:lang w:bidi="th-TH"/>
        </w:rPr>
        <w:t>้าง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รูปเรข</w:t>
      </w:r>
      <w:r w:rsidR="00532164">
        <w:rPr>
          <w:rFonts w:ascii="TH Sarabun New" w:hAnsi="TH Sarabun New" w:cs="TH Sarabun New" w:hint="cs"/>
          <w:sz w:val="32"/>
          <w:szCs w:val="32"/>
          <w:cs/>
          <w:lang w:bidi="th-TH"/>
        </w:rPr>
        <w:t>า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คณิต</w:t>
      </w:r>
      <w:r w:rsidR="00532164" w:rsidRPr="00532164">
        <w:rPr>
          <w:rFonts w:ascii="TH Sarabun New" w:hAnsi="TH Sarabun New" w:cs="TH Sarabun New"/>
          <w:sz w:val="32"/>
          <w:szCs w:val="32"/>
        </w:rPr>
        <w:t xml:space="preserve"> 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ตลอด</w:t>
      </w:r>
      <w:r w:rsidR="00532164">
        <w:rPr>
          <w:rFonts w:ascii="TH Sarabun New" w:hAnsi="TH Sarabun New" w:cs="TH Sarabun New" w:hint="cs"/>
          <w:sz w:val="32"/>
          <w:szCs w:val="32"/>
          <w:cs/>
          <w:lang w:bidi="th-TH"/>
        </w:rPr>
        <w:t>จนนำ</w:t>
      </w:r>
      <w:r w:rsidR="00354852">
        <w:rPr>
          <w:rFonts w:ascii="TH Sarabun New" w:hAnsi="TH Sarabun New" w:cs="TH Sarabun New" w:hint="cs"/>
          <w:sz w:val="32"/>
          <w:szCs w:val="32"/>
          <w:cs/>
          <w:lang w:bidi="th-TH"/>
        </w:rPr>
        <w:t>ความรู้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เกี่ยวกับ</w:t>
      </w:r>
      <w:r w:rsidR="00354852">
        <w:rPr>
          <w:rFonts w:ascii="TH Sarabun New" w:hAnsi="TH Sarabun New" w:cs="TH Sarabun New" w:hint="cs"/>
          <w:sz w:val="32"/>
          <w:szCs w:val="32"/>
          <w:cs/>
          <w:lang w:bidi="th-TH"/>
        </w:rPr>
        <w:t>การสร้างนี้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ไปประยุกต์ใช้ในก</w:t>
      </w:r>
      <w:r w:rsidR="00354852">
        <w:rPr>
          <w:rFonts w:ascii="TH Sarabun New" w:hAnsi="TH Sarabun New" w:cs="TH Sarabun New" w:hint="cs"/>
          <w:sz w:val="32"/>
          <w:szCs w:val="32"/>
          <w:cs/>
          <w:lang w:bidi="th-TH"/>
        </w:rPr>
        <w:t>า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รแก้ปญห</w:t>
      </w:r>
      <w:r w:rsidR="00354852">
        <w:rPr>
          <w:rFonts w:ascii="TH Sarabun New" w:hAnsi="TH Sarabun New" w:cs="TH Sarabun New" w:hint="cs"/>
          <w:sz w:val="32"/>
          <w:szCs w:val="32"/>
          <w:cs/>
          <w:lang w:bidi="th-TH"/>
        </w:rPr>
        <w:t>า</w:t>
      </w:r>
      <w:r w:rsidR="00532164" w:rsidRPr="00532164">
        <w:rPr>
          <w:rFonts w:ascii="TH Sarabun New" w:hAnsi="TH Sarabun New" w:cs="TH Sarabun New"/>
          <w:sz w:val="32"/>
          <w:szCs w:val="32"/>
          <w:cs/>
          <w:lang w:bidi="th-TH"/>
        </w:rPr>
        <w:t>ในชีวิตจริง</w:t>
      </w:r>
      <w:r w:rsidR="00354852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</w:p>
    <w:p w14:paraId="19805D7F" w14:textId="77777777" w:rsidR="002D43C3" w:rsidRPr="00051A66" w:rsidRDefault="002D43C3" w:rsidP="00603A9C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lang w:bidi="th-TH"/>
        </w:rPr>
      </w:pPr>
    </w:p>
    <w:p w14:paraId="72D20FD8" w14:textId="51DBBCC3" w:rsidR="00411932" w:rsidRPr="00EE1F3A" w:rsidRDefault="007B4B85" w:rsidP="00603A9C">
      <w:pPr>
        <w:pStyle w:val="21"/>
        <w:spacing w:before="0" w:line="240" w:lineRule="auto"/>
        <w:rPr>
          <w:rFonts w:ascii="TH Sarabun New" w:hAnsi="TH Sarabun New" w:cs="TH Sarabun New"/>
          <w:color w:val="000000" w:themeColor="text1"/>
          <w:sz w:val="32"/>
          <w:szCs w:val="32"/>
          <w:cs/>
          <w:lang w:bidi="th-TH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lang w:bidi="th-TH"/>
        </w:rPr>
        <w:t xml:space="preserve">1. </w:t>
      </w:r>
      <w:r w:rsidR="002D43C3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bidi="th-TH"/>
        </w:rPr>
        <w:t>จุดประสงค์</w:t>
      </w:r>
      <w:r w:rsidR="00EE1F3A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bidi="th-TH"/>
        </w:rPr>
        <w:t>การเรียนรู้</w:t>
      </w:r>
    </w:p>
    <w:p w14:paraId="2E2CED23" w14:textId="314EC2AA" w:rsidR="00354852" w:rsidRDefault="00354852" w:rsidP="00603A9C">
      <w:pPr>
        <w:pStyle w:val="ae"/>
        <w:numPr>
          <w:ilvl w:val="0"/>
          <w:numId w:val="11"/>
        </w:numPr>
        <w:spacing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นักเรียน</w:t>
      </w:r>
      <w:r w:rsidRPr="00354852">
        <w:rPr>
          <w:rFonts w:ascii="TH Sarabun New" w:hAnsi="TH Sarabun New" w:cs="TH Sarabun New" w:hint="cs"/>
          <w:sz w:val="32"/>
          <w:szCs w:val="32"/>
          <w:cs/>
          <w:lang w:bidi="th-TH"/>
        </w:rPr>
        <w:t>ใช้สมบัติของเส้นตรง</w:t>
      </w:r>
      <w:r w:rsidRPr="00354852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354852">
        <w:rPr>
          <w:rFonts w:ascii="TH Sarabun New" w:hAnsi="TH Sarabun New" w:cs="TH Sarabun New" w:hint="cs"/>
          <w:sz w:val="32"/>
          <w:szCs w:val="32"/>
          <w:cs/>
          <w:lang w:bidi="th-TH"/>
        </w:rPr>
        <w:t>มุม</w:t>
      </w:r>
      <w:r w:rsidRPr="00354852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354852">
        <w:rPr>
          <w:rFonts w:ascii="TH Sarabun New" w:hAnsi="TH Sarabun New" w:cs="TH Sarabun New" w:hint="cs"/>
          <w:sz w:val="32"/>
          <w:szCs w:val="32"/>
          <w:cs/>
          <w:lang w:bidi="th-TH"/>
        </w:rPr>
        <w:t>และรูปเรขาคณิตสองมิติในการแก้ปัญหา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ในชีวิตประจำวัน </w:t>
      </w:r>
      <w:r w:rsidRPr="00354852">
        <w:rPr>
          <w:rFonts w:ascii="TH Sarabun New" w:hAnsi="TH Sarabun New" w:cs="TH Sarabun New"/>
          <w:sz w:val="32"/>
          <w:szCs w:val="32"/>
          <w:lang w:bidi="th-TH"/>
        </w:rPr>
        <w:t>(K)</w:t>
      </w:r>
    </w:p>
    <w:p w14:paraId="238751F7" w14:textId="77777777" w:rsidR="00F85323" w:rsidRDefault="00EE1F3A" w:rsidP="00603A9C">
      <w:pPr>
        <w:pStyle w:val="ae"/>
        <w:numPr>
          <w:ilvl w:val="0"/>
          <w:numId w:val="11"/>
        </w:numPr>
        <w:spacing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F85323">
        <w:rPr>
          <w:rFonts w:ascii="TH Sarabun New" w:hAnsi="TH Sarabun New" w:cs="TH Sarabun New" w:hint="cs"/>
          <w:sz w:val="32"/>
          <w:szCs w:val="32"/>
          <w:cs/>
          <w:lang w:bidi="th-TH"/>
        </w:rPr>
        <w:t>นักเรียนสามารถ</w:t>
      </w:r>
      <w:r w:rsidRPr="00F85323">
        <w:rPr>
          <w:rFonts w:ascii="TH Sarabun New" w:hAnsi="TH Sarabun New" w:cs="TH Sarabun New"/>
          <w:sz w:val="32"/>
          <w:szCs w:val="32"/>
        </w:rPr>
        <w:t>ออกแบบการแก้ปัญหา</w:t>
      </w:r>
      <w:r w:rsidRPr="00F85323">
        <w:rPr>
          <w:rFonts w:ascii="TH Sarabun New" w:hAnsi="TH Sarabun New" w:cs="TH Sarabun New" w:hint="cs"/>
          <w:sz w:val="32"/>
          <w:szCs w:val="32"/>
          <w:cs/>
          <w:lang w:bidi="th-TH"/>
        </w:rPr>
        <w:t>เรขาคณิต</w:t>
      </w:r>
      <w:r w:rsidRPr="00F85323">
        <w:rPr>
          <w:rFonts w:ascii="TH Sarabun New" w:hAnsi="TH Sarabun New" w:cs="TH Sarabun New"/>
          <w:sz w:val="32"/>
          <w:szCs w:val="32"/>
        </w:rPr>
        <w:t>โดยใช้กระบวนการ STEM</w:t>
      </w:r>
      <w:r w:rsidR="005B153B" w:rsidRPr="00F85323">
        <w:rPr>
          <w:rFonts w:ascii="TH Sarabun New" w:hAnsi="TH Sarabun New" w:cs="TH Sarabun New"/>
          <w:sz w:val="32"/>
          <w:szCs w:val="32"/>
        </w:rPr>
        <w:t xml:space="preserve"> (P)</w:t>
      </w:r>
    </w:p>
    <w:p w14:paraId="7FB6D14B" w14:textId="63CA619C" w:rsidR="00411932" w:rsidRPr="00F85323" w:rsidRDefault="005B153B" w:rsidP="00603A9C">
      <w:pPr>
        <w:pStyle w:val="ae"/>
        <w:numPr>
          <w:ilvl w:val="0"/>
          <w:numId w:val="11"/>
        </w:numPr>
        <w:spacing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F85323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นักเรียนสามารถทำงานร่วมกับผู้อื่นได้ </w:t>
      </w:r>
      <w:r w:rsidRPr="00F85323">
        <w:rPr>
          <w:rFonts w:ascii="TH Sarabun New" w:hAnsi="TH Sarabun New" w:cs="TH Sarabun New"/>
          <w:sz w:val="32"/>
          <w:szCs w:val="32"/>
          <w:lang w:bidi="th-TH"/>
        </w:rPr>
        <w:t>(A</w:t>
      </w:r>
      <w:r w:rsidR="00F85323" w:rsidRPr="00F85323">
        <w:rPr>
          <w:rFonts w:ascii="TH Sarabun New" w:hAnsi="TH Sarabun New" w:cs="TH Sarabun New"/>
          <w:sz w:val="32"/>
          <w:szCs w:val="32"/>
          <w:vertAlign w:val="subscript"/>
          <w:lang w:bidi="th-TH"/>
        </w:rPr>
        <w:t>1</w:t>
      </w:r>
      <w:r w:rsidRPr="00F85323">
        <w:rPr>
          <w:rFonts w:ascii="TH Sarabun New" w:hAnsi="TH Sarabun New" w:cs="TH Sarabun New"/>
          <w:sz w:val="32"/>
          <w:szCs w:val="32"/>
          <w:lang w:bidi="th-TH"/>
        </w:rPr>
        <w:t>)</w:t>
      </w:r>
    </w:p>
    <w:p w14:paraId="2AE0710C" w14:textId="4FB5FCD5" w:rsidR="00F85323" w:rsidRDefault="00F85323" w:rsidP="00603A9C">
      <w:pPr>
        <w:pStyle w:val="ae"/>
        <w:numPr>
          <w:ilvl w:val="0"/>
          <w:numId w:val="11"/>
        </w:numPr>
        <w:spacing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นักเรียนมีภาวะผู้นำ</w:t>
      </w:r>
      <w:r w:rsidR="00F66059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ที่ชาญฉลาด </w:t>
      </w:r>
      <w:r w:rsidR="00F66059">
        <w:rPr>
          <w:rFonts w:ascii="TH Sarabun New" w:hAnsi="TH Sarabun New" w:cs="TH Sarabun New"/>
          <w:sz w:val="32"/>
          <w:szCs w:val="32"/>
          <w:lang w:bidi="th-TH"/>
        </w:rPr>
        <w:t xml:space="preserve">(Smart leadership : SATITRAM model)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ที่สามารถนำไปใช้ในการทำงานร่วมกับผู้อื่นได้มีประสิทธิภาพ </w:t>
      </w:r>
      <w:r w:rsidRPr="00F85323">
        <w:rPr>
          <w:rFonts w:ascii="TH Sarabun New" w:hAnsi="TH Sarabun New" w:cs="TH Sarabun New"/>
          <w:sz w:val="32"/>
          <w:szCs w:val="32"/>
          <w:lang w:bidi="th-TH"/>
        </w:rPr>
        <w:t>(A</w:t>
      </w:r>
      <w:r>
        <w:rPr>
          <w:rFonts w:ascii="TH Sarabun New" w:hAnsi="TH Sarabun New" w:cs="TH Sarabun New"/>
          <w:sz w:val="32"/>
          <w:szCs w:val="32"/>
          <w:vertAlign w:val="subscript"/>
          <w:lang w:bidi="th-TH"/>
        </w:rPr>
        <w:t>2</w:t>
      </w:r>
      <w:r w:rsidRPr="00F85323">
        <w:rPr>
          <w:rFonts w:ascii="TH Sarabun New" w:hAnsi="TH Sarabun New" w:cs="TH Sarabun New"/>
          <w:sz w:val="32"/>
          <w:szCs w:val="32"/>
          <w:lang w:bidi="th-TH"/>
        </w:rPr>
        <w:t>)</w:t>
      </w:r>
    </w:p>
    <w:p w14:paraId="6E7F1918" w14:textId="77777777" w:rsidR="002D43C3" w:rsidRPr="002D43C3" w:rsidRDefault="002D43C3" w:rsidP="00603A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2. </w:t>
      </w:r>
      <w:r w:rsidRPr="002D43C3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สาระการเรียนรู้</w:t>
      </w:r>
    </w:p>
    <w:p w14:paraId="4ED7E52F" w14:textId="1AC22B7D" w:rsidR="002D43C3" w:rsidRPr="002D43C3" w:rsidRDefault="002D43C3" w:rsidP="00603A9C">
      <w:p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  <w:t xml:space="preserve">2.1 </w:t>
      </w:r>
      <w:r w:rsidRPr="002D43C3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ด้านองค์ความรู้</w:t>
      </w: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(</w:t>
      </w:r>
      <w:r w:rsidRPr="002D43C3">
        <w:rPr>
          <w:rFonts w:ascii="TH Sarabun New" w:hAnsi="TH Sarabun New" w:cs="TH Sarabun New"/>
          <w:b/>
          <w:bCs/>
          <w:sz w:val="32"/>
          <w:szCs w:val="32"/>
          <w:lang w:bidi="th-TH"/>
        </w:rPr>
        <w:t xml:space="preserve">Body of Knowledge) :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ความรู้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(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เช่น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องค์ความรู้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: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ข้อเท็จจริง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>(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>fact),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คำนิยาม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>(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>definition),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ความคิดสำคัญ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>(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>Main idea),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หลักการ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>(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>Principle),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กฎ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>(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>Law),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และทฤษฎี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>(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>Theory)</w:t>
      </w:r>
      <w:r w:rsidR="00BA5380">
        <w:rPr>
          <w:rFonts w:ascii="TH Sarabun New" w:hAnsi="TH Sarabun New" w:cs="TH Sarabun New"/>
          <w:b/>
          <w:bCs/>
          <w:sz w:val="32"/>
          <w:szCs w:val="32"/>
          <w:lang w:bidi="th-TH"/>
        </w:rPr>
        <w:t xml:space="preserve"> </w:t>
      </w:r>
      <w:r w:rsidR="00BA5380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bidi="th-TH"/>
        </w:rPr>
        <w:t>ผู้เรียนมีความรู้ความเข้าในในเรื่องของเส้นตรง มุม และรูปเรขาคณิต สามารถอธิบาย ให้เหตุผลและประยุกต์ใช้งาน มีกระบวนการคิดวิเคราะห์ในการนำความรู้เหล่านี้ไปแก้ปัญหาหรือ</w:t>
      </w:r>
      <w:r w:rsidR="00BA5380">
        <w:rPr>
          <w:rFonts w:ascii="TH Sarabun New" w:hAnsi="TH Sarabun New" w:cs="TH Sarabun New" w:hint="cs"/>
          <w:color w:val="000000" w:themeColor="text1"/>
          <w:sz w:val="32"/>
          <w:szCs w:val="32"/>
          <w:cs/>
          <w:lang w:bidi="th-TH"/>
        </w:rPr>
        <w:lastRenderedPageBreak/>
        <w:t>สถานการณ์ในชีวิตประจำวันได้</w:t>
      </w:r>
      <w:r>
        <w:rPr>
          <w:rFonts w:ascii="TH Sarabun New" w:hAnsi="TH Sarabun New" w:cs="TH Sarabun New"/>
          <w:b/>
          <w:bCs/>
          <w:sz w:val="32"/>
          <w:szCs w:val="32"/>
          <w:lang w:bidi="th-TH"/>
        </w:rPr>
        <w:t xml:space="preserve"> 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 xml:space="preserve">1.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เส้นตรงคือเส้นที่ยาวไม่สิ้นสุด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มีทิศทางสองด้าน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ไม่มีจุดเริ่มต้นและจุดสิ้นสุด</w:t>
      </w:r>
      <w:r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 xml:space="preserve">2.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มุมเกิดจากเส้นตรงสองเส้นตัดกันที่จุดเดียว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เรียกว่าจุดยอดของมุม</w:t>
      </w:r>
    </w:p>
    <w:p w14:paraId="1CF29DAA" w14:textId="3588CE13" w:rsidR="002D43C3" w:rsidRPr="002D43C3" w:rsidRDefault="002D43C3" w:rsidP="002D43C3">
      <w:p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ชนิดของมุม</w:t>
      </w:r>
      <w:r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 xml:space="preserve">-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มุมแหลม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(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>&lt;90°)</w:t>
      </w:r>
      <w:r>
        <w:rPr>
          <w:rFonts w:ascii="TH Sarabun New" w:hAnsi="TH Sarabun New" w:cs="TH Sarabun New"/>
          <w:sz w:val="32"/>
          <w:szCs w:val="32"/>
          <w:lang w:bidi="th-TH"/>
        </w:rPr>
        <w:t xml:space="preserve">  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 xml:space="preserve">-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มุมฉาก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(=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>90°)</w:t>
      </w:r>
      <w:r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 xml:space="preserve">-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มุมป้าน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(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>&gt;90°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แต่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>&lt;180°)</w:t>
      </w:r>
      <w:r>
        <w:rPr>
          <w:rFonts w:ascii="TH Sarabun New" w:hAnsi="TH Sarabun New" w:cs="TH Sarabun New"/>
          <w:sz w:val="32"/>
          <w:szCs w:val="32"/>
          <w:lang w:bidi="th-TH"/>
        </w:rPr>
        <w:tab/>
        <w:t xml:space="preserve"> -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มุมตรง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(=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>180°)</w:t>
      </w:r>
      <w:r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>
        <w:rPr>
          <w:rFonts w:ascii="TH Sarabun New" w:hAnsi="TH Sarabun New" w:cs="TH Sarabun New"/>
          <w:sz w:val="32"/>
          <w:szCs w:val="32"/>
          <w:lang w:bidi="th-TH"/>
        </w:rPr>
        <w:br/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 xml:space="preserve">3.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รูปเรขาคณิตสองมิติเป็นรูปที่มีความกว้างและความยาว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ไม่มีความหนา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เช่น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สามเหลี่ยม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สี่เหลี่ยม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วงกลม</w:t>
      </w:r>
    </w:p>
    <w:p w14:paraId="44F49162" w14:textId="77777777" w:rsidR="002D43C3" w:rsidRDefault="002D43C3" w:rsidP="002D43C3">
      <w:p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  <w:t xml:space="preserve">2.2 </w:t>
      </w:r>
      <w:r w:rsidRPr="002D43C3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ด้านทักษะกระบวนการ</w:t>
      </w: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>(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เช่น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ทักษะต่างๆใน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2D43C3">
        <w:rPr>
          <w:rFonts w:ascii="TH Sarabun New" w:hAnsi="TH Sarabun New" w:cs="TH Sarabun New"/>
          <w:sz w:val="32"/>
          <w:szCs w:val="32"/>
          <w:lang w:bidi="th-TH"/>
        </w:rPr>
        <w:t xml:space="preserve">SATITRAM Model, Process </w:t>
      </w:r>
      <w:r w:rsidRPr="002D43C3">
        <w:rPr>
          <w:rFonts w:ascii="TH Sarabun New" w:hAnsi="TH Sarabun New" w:cs="TH Sarabun New" w:hint="cs"/>
          <w:sz w:val="32"/>
          <w:szCs w:val="32"/>
          <w:cs/>
          <w:lang w:bidi="th-TH"/>
        </w:rPr>
        <w:t>หรือทักษะอื่นๆ</w:t>
      </w:r>
      <w:r w:rsidRPr="002D43C3">
        <w:rPr>
          <w:rFonts w:ascii="TH Sarabun New" w:hAnsi="TH Sarabun New" w:cs="TH Sarabun New"/>
          <w:sz w:val="32"/>
          <w:szCs w:val="32"/>
          <w:cs/>
          <w:lang w:bidi="th-TH"/>
        </w:rPr>
        <w:t>)</w:t>
      </w:r>
      <w:r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ทักษะที่เกิดกับผู้เรียนในกิจกรรมนี้ได้แก่ </w:t>
      </w:r>
    </w:p>
    <w:p w14:paraId="1098C8CA" w14:textId="253A8489" w:rsidR="002D43C3" w:rsidRDefault="00AB2A88" w:rsidP="002D43C3">
      <w:pPr>
        <w:spacing w:after="0" w:line="240" w:lineRule="auto"/>
        <w:rPr>
          <w:rFonts w:ascii="TH Sarabun New" w:hAnsi="TH Sarabun New" w:cs="TH Sarabun New"/>
          <w:sz w:val="32"/>
          <w:szCs w:val="32"/>
          <w:cs/>
          <w:lang w:bidi="th-TH"/>
        </w:rPr>
      </w:pPr>
      <w:r>
        <w:rPr>
          <w:rFonts w:ascii="TH Sarabun New" w:hAnsi="TH Sarabun New" w:cs="TH Sarabun New"/>
          <w:sz w:val="32"/>
          <w:szCs w:val="32"/>
          <w:lang w:bidi="th-TH"/>
        </w:rPr>
        <w:t xml:space="preserve">1. </w:t>
      </w:r>
      <w:r w:rsidR="002D43C3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ทักษะการสื่อสาร </w:t>
      </w:r>
      <w:r w:rsidR="002D43C3">
        <w:rPr>
          <w:rFonts w:ascii="TH Sarabun New" w:hAnsi="TH Sarabun New" w:cs="TH Sarabun New"/>
          <w:sz w:val="32"/>
          <w:szCs w:val="32"/>
          <w:lang w:bidi="th-TH"/>
        </w:rPr>
        <w:t xml:space="preserve">(Communication Skills) </w:t>
      </w:r>
      <w:r w:rsidR="002D43C3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7B4B85" w:rsidRPr="007B4B85">
        <w:rPr>
          <w:rFonts w:ascii="TH Sarabun New" w:hAnsi="TH Sarabun New" w:cs="TH Sarabun New" w:hint="cs"/>
          <w:sz w:val="32"/>
          <w:szCs w:val="32"/>
          <w:cs/>
          <w:lang w:bidi="th-TH"/>
        </w:rPr>
        <w:t>จากการทำกิจกรรมกลุ่มร่วมกัน</w:t>
      </w:r>
      <w:r w:rsidR="007B4B85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ในขั้นตอนการสนทนาแลกเปลี่ยนและวิเคราะห์งานที่ได้รับมอบหมายร่วมกัน </w:t>
      </w:r>
    </w:p>
    <w:p w14:paraId="2297449F" w14:textId="320E9E07" w:rsidR="002D43C3" w:rsidRPr="002D43C3" w:rsidRDefault="00AB2A88" w:rsidP="002D43C3">
      <w:p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/>
          <w:sz w:val="32"/>
          <w:szCs w:val="32"/>
          <w:lang w:bidi="th-TH"/>
        </w:rPr>
        <w:t>2</w:t>
      </w:r>
      <w:r w:rsidR="002D43C3">
        <w:rPr>
          <w:rFonts w:ascii="TH Sarabun New" w:hAnsi="TH Sarabun New" w:cs="TH Sarabun New"/>
          <w:sz w:val="32"/>
          <w:szCs w:val="32"/>
          <w:lang w:bidi="th-TH"/>
        </w:rPr>
        <w:t xml:space="preserve">. </w:t>
      </w:r>
      <w:r w:rsidR="002D43C3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ทักษะความคิดสร้างสรรค์ </w:t>
      </w:r>
      <w:r w:rsidR="002D43C3">
        <w:rPr>
          <w:rFonts w:ascii="TH Sarabun New" w:hAnsi="TH Sarabun New" w:cs="TH Sarabun New"/>
          <w:sz w:val="32"/>
          <w:szCs w:val="32"/>
          <w:lang w:bidi="th-TH"/>
        </w:rPr>
        <w:t>(Creativity Skills)</w:t>
      </w:r>
      <w:r w:rsidR="007B4B85"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="007B4B85" w:rsidRPr="007B4B85">
        <w:rPr>
          <w:rFonts w:ascii="TH Sarabun New" w:hAnsi="TH Sarabun New" w:cs="TH Sarabun New" w:hint="cs"/>
          <w:sz w:val="32"/>
          <w:szCs w:val="32"/>
          <w:cs/>
          <w:lang w:bidi="th-TH"/>
        </w:rPr>
        <w:t>จากการทำกิจกรรมกลุ่มร่วมกันของผู้เรียนในขั้นตอนการออกแบบ</w:t>
      </w:r>
      <w:r w:rsidR="001F2885">
        <w:rPr>
          <w:rFonts w:ascii="TH Sarabun New" w:hAnsi="TH Sarabun New" w:cs="TH Sarabun New" w:hint="cs"/>
          <w:sz w:val="32"/>
          <w:szCs w:val="32"/>
          <w:cs/>
          <w:lang w:bidi="th-TH"/>
        </w:rPr>
        <w:t>กิจกรรม</w:t>
      </w:r>
      <w:r w:rsidR="007B4B85" w:rsidRPr="007B4B85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bookmarkStart w:id="0" w:name="_Hlk220070185"/>
      <w:r w:rsidR="007B4B85" w:rsidRPr="007B4B85">
        <w:rPr>
          <w:rFonts w:ascii="TH Sarabun New" w:hAnsi="TH Sarabun New" w:cs="TH Sarabun New"/>
          <w:sz w:val="32"/>
          <w:szCs w:val="32"/>
          <w:cs/>
          <w:lang w:bidi="th-TH"/>
        </w:rPr>
        <w:t>“</w:t>
      </w:r>
      <w:r w:rsidR="001F2885">
        <w:rPr>
          <w:rFonts w:ascii="TH Sarabun New" w:hAnsi="TH Sarabun New" w:cs="TH Sarabun New"/>
          <w:sz w:val="32"/>
          <w:szCs w:val="32"/>
          <w:lang w:bidi="th-TH"/>
        </w:rPr>
        <w:t xml:space="preserve">My design: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ศูนย์สภาวะทิ้งตัวบนทุ่งลาเวนเดอร์</w:t>
      </w:r>
      <w:r w:rsidR="007B4B85" w:rsidRPr="007B4B85">
        <w:rPr>
          <w:rFonts w:ascii="TH Sarabun New" w:hAnsi="TH Sarabun New" w:cs="TH Sarabun New" w:hint="eastAsia"/>
          <w:sz w:val="32"/>
          <w:szCs w:val="32"/>
          <w:cs/>
          <w:lang w:bidi="th-TH"/>
        </w:rPr>
        <w:t>”</w:t>
      </w:r>
      <w:r w:rsidR="007B4B85" w:rsidRPr="007B4B85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bookmarkEnd w:id="0"/>
      <w:r w:rsidR="007B4B85" w:rsidRPr="007B4B85">
        <w:rPr>
          <w:rFonts w:ascii="TH Sarabun New" w:hAnsi="TH Sarabun New" w:cs="TH Sarabun New" w:hint="cs"/>
          <w:sz w:val="32"/>
          <w:szCs w:val="32"/>
          <w:cs/>
          <w:lang w:bidi="th-TH"/>
        </w:rPr>
        <w:t>โดยใช้ความรู้ทางเรขาคณิตเพื่อช่วยในการแก้ปัญหาและออกแบบ</w:t>
      </w:r>
    </w:p>
    <w:p w14:paraId="3395B62C" w14:textId="77777777" w:rsidR="00AB2A88" w:rsidRDefault="002D43C3" w:rsidP="002D43C3">
      <w:p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  <w:t xml:space="preserve">2.3 </w:t>
      </w:r>
      <w:r w:rsidRPr="002D43C3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ด้านคุณลักษณะ</w:t>
      </w: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(</w:t>
      </w:r>
      <w:r w:rsidRPr="002D43C3">
        <w:rPr>
          <w:rFonts w:ascii="TH Sarabun New" w:hAnsi="TH Sarabun New" w:cs="TH Sarabun New"/>
          <w:b/>
          <w:bCs/>
          <w:sz w:val="32"/>
          <w:szCs w:val="32"/>
          <w:lang w:bidi="th-TH"/>
        </w:rPr>
        <w:t xml:space="preserve">Attribute) </w:t>
      </w:r>
      <w:r w:rsidRPr="002D43C3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และเจตคติ</w:t>
      </w: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(</w:t>
      </w:r>
      <w:r w:rsidRPr="002D43C3">
        <w:rPr>
          <w:rFonts w:ascii="TH Sarabun New" w:hAnsi="TH Sarabun New" w:cs="TH Sarabun New"/>
          <w:b/>
          <w:bCs/>
          <w:sz w:val="32"/>
          <w:szCs w:val="32"/>
          <w:lang w:bidi="th-TH"/>
        </w:rPr>
        <w:t xml:space="preserve">Attitude) </w:t>
      </w:r>
      <w:r w:rsidRPr="00AB2A88">
        <w:rPr>
          <w:rFonts w:ascii="TH Sarabun New" w:hAnsi="TH Sarabun New" w:cs="TH Sarabun New"/>
          <w:sz w:val="32"/>
          <w:szCs w:val="32"/>
          <w:lang w:bidi="th-TH"/>
        </w:rPr>
        <w:t>(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เช่น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คุณลักษณะใน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AB2A88">
        <w:rPr>
          <w:rFonts w:ascii="TH Sarabun New" w:hAnsi="TH Sarabun New" w:cs="TH Sarabun New"/>
          <w:sz w:val="32"/>
          <w:szCs w:val="32"/>
          <w:lang w:bidi="th-TH"/>
        </w:rPr>
        <w:t xml:space="preserve">SATITRAM Model , 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คุณลักษณะอันพึงประสงค์หรืออื่นๆ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>)</w:t>
      </w:r>
      <w:r w:rsidR="00AB2A88"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</w:p>
    <w:p w14:paraId="203054A4" w14:textId="74A330D8" w:rsidR="002D43C3" w:rsidRPr="00AB2A88" w:rsidRDefault="00AB2A88" w:rsidP="002D43C3">
      <w:p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AB2A88">
        <w:rPr>
          <w:rFonts w:ascii="TH Sarabun New" w:hAnsi="TH Sarabun New" w:cs="TH Sarabun New"/>
          <w:sz w:val="32"/>
          <w:szCs w:val="32"/>
          <w:lang w:bidi="th-TH"/>
        </w:rPr>
        <w:t xml:space="preserve">1. 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ทักษะภาวะผู้นำที่ชาญฉลาด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 xml:space="preserve"> (</w:t>
      </w:r>
      <w:r w:rsidRPr="00AB2A88">
        <w:rPr>
          <w:rFonts w:ascii="TH Sarabun New" w:hAnsi="TH Sarabun New" w:cs="TH Sarabun New"/>
          <w:sz w:val="32"/>
          <w:szCs w:val="32"/>
          <w:lang w:bidi="th-TH"/>
        </w:rPr>
        <w:t xml:space="preserve">Smart Leadership Skills) 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จากการทำกิจกรรมกลุ่มร่วมกัน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ผู้เรียนที่ได้รับหน้าที่เป็นผู้นำ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สามารถปฏิบัติบทบาทการเป็นผู้นำของตนได้เป็นอย่างดี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มีวิธีการบริหารจัดการภาระงานและสามารถเป็นผู้นำในการตัดสินใจเมื่อเผชิญปัญหา</w:t>
      </w:r>
    </w:p>
    <w:p w14:paraId="120FB1DA" w14:textId="792BD8FD" w:rsidR="002D43C3" w:rsidRDefault="002D43C3" w:rsidP="002D43C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  <w:t xml:space="preserve">2.4 </w:t>
      </w:r>
      <w:r w:rsidRPr="002D43C3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ผลลัพธ์การเรียนรู้</w:t>
      </w: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/</w:t>
      </w:r>
      <w:r w:rsidRPr="002D43C3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ผลผลิตสู่ผลการเรียนรู้</w:t>
      </w: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(</w:t>
      </w:r>
      <w:r w:rsidRPr="002D43C3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สมรรถนะต่างๆ</w:t>
      </w:r>
      <w:r w:rsidRPr="002D43C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: </w:t>
      </w:r>
      <w:r w:rsidRPr="002D43C3">
        <w:rPr>
          <w:rFonts w:ascii="TH Sarabun New" w:hAnsi="TH Sarabun New" w:cs="TH Sarabun New"/>
          <w:b/>
          <w:bCs/>
          <w:sz w:val="32"/>
          <w:szCs w:val="32"/>
          <w:lang w:bidi="th-TH"/>
        </w:rPr>
        <w:t>Competencies)</w:t>
      </w:r>
    </w:p>
    <w:p w14:paraId="43B6E4B0" w14:textId="48482066" w:rsidR="00532164" w:rsidRDefault="00532164" w:rsidP="00AA7A0E">
      <w:p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532164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สาระ</w:t>
      </w:r>
    </w:p>
    <w:p w14:paraId="4FCBA260" w14:textId="260B20FF" w:rsidR="00AB2A88" w:rsidRPr="00AB2A88" w:rsidRDefault="00AB2A88" w:rsidP="00AB2A88">
      <w:pPr>
        <w:pStyle w:val="ae"/>
        <w:numPr>
          <w:ilvl w:val="0"/>
          <w:numId w:val="19"/>
        </w:num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ผลงานชิ้นงาน ที่นักเรียนร่วมกันออกแบบ 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>“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ศูนย์สภาวะทิ้งตัวบนทุ่งลาเวนเดอร์</w:t>
      </w:r>
      <w:r w:rsidRPr="00AB2A88">
        <w:rPr>
          <w:rFonts w:ascii="TH Sarabun New" w:hAnsi="TH Sarabun New" w:cs="TH Sarabun New" w:hint="eastAsia"/>
          <w:sz w:val="32"/>
          <w:szCs w:val="32"/>
          <w:cs/>
          <w:lang w:bidi="th-TH"/>
        </w:rPr>
        <w:t>”</w:t>
      </w:r>
    </w:p>
    <w:p w14:paraId="3924D749" w14:textId="37AFF3FF" w:rsidR="00411932" w:rsidRPr="00AB2A88" w:rsidRDefault="00AB2A88" w:rsidP="00AB2A88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AB2A88">
        <w:rPr>
          <w:rFonts w:ascii="TH Sarabun New" w:hAnsi="TH Sarabun New" w:cs="TH Sarabun New"/>
          <w:b/>
          <w:bCs/>
          <w:sz w:val="32"/>
          <w:szCs w:val="32"/>
          <w:lang w:bidi="th-TH"/>
        </w:rPr>
        <w:t xml:space="preserve">3. </w:t>
      </w:r>
      <w:r w:rsidRPr="00AB2A88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กิจกรรมการเรียนรู้</w:t>
      </w:r>
      <w:r w:rsidRPr="00AB2A88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>(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ระบุรูปแบบ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เช่น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AB2A88">
        <w:rPr>
          <w:rFonts w:ascii="TH Sarabun New" w:hAnsi="TH Sarabun New" w:cs="TH Sarabun New"/>
          <w:sz w:val="32"/>
          <w:szCs w:val="32"/>
          <w:lang w:bidi="th-TH"/>
        </w:rPr>
        <w:t xml:space="preserve">5E, Active Learning, Brain-based Learning, Project-based Learning, 5STEPs, CO-5STEPs, </w:t>
      </w:r>
      <w:r w:rsidRPr="00AB2A88">
        <w:rPr>
          <w:rFonts w:ascii="TH Sarabun New" w:hAnsi="TH Sarabun New" w:cs="TH Sarabun New" w:hint="cs"/>
          <w:sz w:val="32"/>
          <w:szCs w:val="32"/>
          <w:cs/>
          <w:lang w:bidi="th-TH"/>
        </w:rPr>
        <w:t>อื่นๆ</w:t>
      </w:r>
      <w:r w:rsidRPr="00AB2A88">
        <w:rPr>
          <w:rFonts w:ascii="TH Sarabun New" w:hAnsi="TH Sarabun New" w:cs="TH Sarabun New"/>
          <w:sz w:val="32"/>
          <w:szCs w:val="32"/>
          <w:cs/>
          <w:lang w:bidi="th-TH"/>
        </w:rPr>
        <w:t>)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555"/>
        <w:gridCol w:w="5528"/>
        <w:gridCol w:w="1547"/>
      </w:tblGrid>
      <w:tr w:rsidR="00824E48" w:rsidRPr="00824E48" w14:paraId="46997999" w14:textId="77777777" w:rsidTr="00636C2B">
        <w:trPr>
          <w:tblHeader/>
        </w:trPr>
        <w:tc>
          <w:tcPr>
            <w:tcW w:w="8630" w:type="dxa"/>
            <w:gridSpan w:val="3"/>
            <w:vAlign w:val="center"/>
          </w:tcPr>
          <w:p w14:paraId="63015EAA" w14:textId="7AF8787E" w:rsidR="00AB2A88" w:rsidRPr="00824E48" w:rsidRDefault="00AB2A88" w:rsidP="004744BB">
            <w:pPr>
              <w:jc w:val="center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 xml:space="preserve">รูปแบบการสอน 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5E : Engage, Explore, Explain, Elaborate, Evaluate 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>ร่วมกับกระบวนการแก้ปัญหา (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>Problem Solving) &amp; STEM</w:t>
            </w:r>
          </w:p>
        </w:tc>
      </w:tr>
      <w:tr w:rsidR="00824E48" w:rsidRPr="00824E48" w14:paraId="6DBBE3A6" w14:textId="77777777" w:rsidTr="00636C2B">
        <w:trPr>
          <w:tblHeader/>
        </w:trPr>
        <w:tc>
          <w:tcPr>
            <w:tcW w:w="1555" w:type="dxa"/>
            <w:vAlign w:val="center"/>
          </w:tcPr>
          <w:p w14:paraId="08DAB442" w14:textId="77777777" w:rsidR="00AB2A88" w:rsidRPr="00824E48" w:rsidRDefault="00AB2A88" w:rsidP="004744BB">
            <w:pPr>
              <w:jc w:val="center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ขั้นตอนการสอน</w:t>
            </w:r>
          </w:p>
        </w:tc>
        <w:tc>
          <w:tcPr>
            <w:tcW w:w="5528" w:type="dxa"/>
            <w:vAlign w:val="center"/>
          </w:tcPr>
          <w:p w14:paraId="03472398" w14:textId="77777777" w:rsidR="00AB2A88" w:rsidRPr="00824E48" w:rsidRDefault="00AB2A88" w:rsidP="004744BB">
            <w:pPr>
              <w:jc w:val="center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กิจกรรมการเรียนการสอน</w:t>
            </w:r>
          </w:p>
        </w:tc>
        <w:tc>
          <w:tcPr>
            <w:tcW w:w="1547" w:type="dxa"/>
            <w:vAlign w:val="center"/>
          </w:tcPr>
          <w:p w14:paraId="5B2D239B" w14:textId="77777777" w:rsidR="00AB2A88" w:rsidRPr="00824E48" w:rsidRDefault="00AB2A88" w:rsidP="004744BB">
            <w:pPr>
              <w:jc w:val="center"/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 xml:space="preserve">หัวข้อที่สอดคล้องกับ 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>SATITRAM Model</w:t>
            </w:r>
          </w:p>
        </w:tc>
      </w:tr>
      <w:tr w:rsidR="00824E48" w:rsidRPr="00824E48" w14:paraId="3918BAA2" w14:textId="77777777" w:rsidTr="00636C2B">
        <w:tc>
          <w:tcPr>
            <w:tcW w:w="1555" w:type="dxa"/>
            <w:vAlign w:val="center"/>
          </w:tcPr>
          <w:p w14:paraId="5C194F30" w14:textId="54CD72E4" w:rsidR="00AB2A88" w:rsidRPr="00636C2B" w:rsidRDefault="00636C2B" w:rsidP="00636C2B">
            <w:pPr>
              <w:tabs>
                <w:tab w:val="left" w:pos="480"/>
              </w:tabs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>
              <w:rPr>
                <w:rFonts w:ascii="TH Sarabun New" w:hAnsi="TH Sarabun New" w:cs="TH Sarabun New"/>
                <w:b/>
                <w:bCs/>
                <w:sz w:val="20"/>
                <w:szCs w:val="20"/>
                <w:lang w:bidi="th-TH"/>
              </w:rPr>
              <w:t xml:space="preserve">1. </w:t>
            </w:r>
            <w:r w:rsidR="00AB2A88" w:rsidRPr="00636C2B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 xml:space="preserve">ขั้นที่ </w:t>
            </w:r>
            <w:r w:rsidR="00AB2A88" w:rsidRPr="00636C2B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1 Engage : </w:t>
            </w:r>
            <w:r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br/>
            </w:r>
            <w:r w:rsidR="00AB2A88" w:rsidRPr="00636C2B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>ตั้งปัญหา (</w:t>
            </w:r>
            <w:r w:rsidR="00AB2A88" w:rsidRPr="00636C2B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5 </w:t>
            </w:r>
            <w:r w:rsidR="00AB2A88" w:rsidRPr="00636C2B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>นาที)</w:t>
            </w:r>
          </w:p>
        </w:tc>
        <w:tc>
          <w:tcPr>
            <w:tcW w:w="5528" w:type="dxa"/>
            <w:vAlign w:val="center"/>
          </w:tcPr>
          <w:p w14:paraId="50217098" w14:textId="77777777" w:rsidR="00AB2A88" w:rsidRPr="00824E48" w:rsidRDefault="00AB2A88" w:rsidP="00AB2A88">
            <w:pPr>
              <w:pStyle w:val="ae"/>
              <w:ind w:left="20"/>
              <w:rPr>
                <w:rFonts w:ascii="TH Sarabun New" w:hAnsi="TH Sarabun New" w:cs="TH Sarabun New"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sz w:val="20"/>
                <w:szCs w:val="20"/>
              </w:rPr>
              <w:t>1.1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ครูนำเสนอภาพ/สถานการณ์ ในหัวข้อ “หากโรงเรียนต้องการออกแบบสนามเด็กเล่นโดยคำนึงถึงความปลอดภัยและเป็นระเบียบมากที่สุด ต้องกำหนดเส้นทางเดิน ขนาด(พื้นที่) และจัดวางมุมของพื้นที่อย่างไร”</w:t>
            </w:r>
          </w:p>
          <w:p w14:paraId="2DE948BE" w14:textId="77777777" w:rsidR="00AB2A88" w:rsidRPr="00824E48" w:rsidRDefault="00AB2A88" w:rsidP="00AB2A88">
            <w:pPr>
              <w:pStyle w:val="ae"/>
              <w:ind w:left="20"/>
              <w:rPr>
                <w:rFonts w:ascii="TH Sarabun New" w:hAnsi="TH Sarabun New" w:cs="TH Sarabun New"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>คำถามกระตุ้น</w:t>
            </w:r>
          </w:p>
          <w:p w14:paraId="69986C79" w14:textId="21ECA08C" w:rsidR="00AB2A88" w:rsidRPr="00824E48" w:rsidRDefault="00AB2A88" w:rsidP="00AB2A88">
            <w:pPr>
              <w:pStyle w:val="ae"/>
              <w:ind w:left="20"/>
              <w:rPr>
                <w:rFonts w:ascii="TH Sarabun New" w:hAnsi="TH Sarabun New" w:cs="TH Sarabun New"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sz w:val="20"/>
                <w:szCs w:val="20"/>
              </w:rPr>
              <w:t xml:space="preserve">• 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>หากมุมแคบหรือกว้างเกินไปจะเกิดอะไรขึ้น</w:t>
            </w:r>
          </w:p>
          <w:p w14:paraId="51FFD641" w14:textId="2E60A4E5" w:rsidR="00AB2A88" w:rsidRPr="00824E48" w:rsidRDefault="00AB2A88" w:rsidP="00AB2A88">
            <w:pPr>
              <w:pStyle w:val="ae"/>
              <w:ind w:left="20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 w:rsidRPr="00824E48">
              <w:rPr>
                <w:rFonts w:ascii="TH Sarabun New" w:hAnsi="TH Sarabun New" w:cs="TH Sarabun New"/>
                <w:sz w:val="20"/>
                <w:szCs w:val="20"/>
              </w:rPr>
              <w:t xml:space="preserve">• 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>เส้นตรงมีบทบาทอย่างไรในการออกแบบ</w:t>
            </w:r>
          </w:p>
        </w:tc>
        <w:tc>
          <w:tcPr>
            <w:tcW w:w="1547" w:type="dxa"/>
            <w:vAlign w:val="center"/>
          </w:tcPr>
          <w:p w14:paraId="5ECB5214" w14:textId="5C41A532" w:rsidR="00AB2A88" w:rsidRPr="00824E48" w:rsidRDefault="00AB2A88" w:rsidP="00AB2A88">
            <w:pPr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  <w:r w:rsidRPr="00824E48">
              <w:rPr>
                <w:rFonts w:ascii="TH Sarabun New" w:hAnsi="TH Sarabun New" w:cs="TH Sarabun New" w:hint="cs"/>
                <w:b/>
                <w:bCs/>
                <w:sz w:val="20"/>
                <w:szCs w:val="20"/>
                <w:cs/>
                <w:lang w:bidi="th-TH"/>
              </w:rPr>
              <w:t>การคิดวิเคราะห์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เพื่อหาเหตุผลมาสนับสนุนหรืออ้างอิงคำตอบของ</w:t>
            </w:r>
            <w:r w:rsidR="00304832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ต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นเองอยู่บนฐานความรู้</w:t>
            </w:r>
            <w:r w:rsidR="00E10A5D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ทางคณิตศาสตร์หรือวิทยาศาสตร์</w:t>
            </w:r>
          </w:p>
        </w:tc>
      </w:tr>
      <w:tr w:rsidR="00824E48" w:rsidRPr="00824E48" w14:paraId="41397E9B" w14:textId="77777777" w:rsidTr="00636C2B">
        <w:tc>
          <w:tcPr>
            <w:tcW w:w="1555" w:type="dxa"/>
            <w:vAlign w:val="center"/>
          </w:tcPr>
          <w:p w14:paraId="04BCABE0" w14:textId="68BD72DC" w:rsidR="00AB2A88" w:rsidRPr="00824E48" w:rsidRDefault="004744BB" w:rsidP="004744BB">
            <w:pPr>
              <w:tabs>
                <w:tab w:val="left" w:pos="454"/>
              </w:tabs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lang w:bidi="th-TH"/>
              </w:rPr>
              <w:t xml:space="preserve">2. </w:t>
            </w:r>
            <w:r w:rsidRPr="00824E48">
              <w:rPr>
                <w:rFonts w:ascii="TH Sarabun New" w:hAnsi="TH Sarabun New" w:cs="TH Sarabun New" w:hint="cs"/>
                <w:b/>
                <w:bCs/>
                <w:sz w:val="20"/>
                <w:szCs w:val="20"/>
                <w:cs/>
                <w:lang w:bidi="th-TH"/>
              </w:rPr>
              <w:t>ขั้นที่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2 Explore : </w:t>
            </w:r>
            <w:r w:rsidRPr="00824E48">
              <w:rPr>
                <w:rFonts w:ascii="TH Sarabun New" w:hAnsi="TH Sarabun New" w:cs="TH Sarabun New" w:hint="cs"/>
                <w:b/>
                <w:bCs/>
                <w:sz w:val="20"/>
                <w:szCs w:val="20"/>
                <w:cs/>
                <w:lang w:bidi="th-TH"/>
              </w:rPr>
              <w:t>วิเคราะห์ปัญหา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 xml:space="preserve"> </w:t>
            </w:r>
            <w:r w:rsidR="00636C2B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br/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>(</w:t>
            </w:r>
            <w:r w:rsidR="00ED3D57"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lang w:bidi="th-TH"/>
              </w:rPr>
              <w:t>50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>-</w:t>
            </w:r>
            <w:r w:rsidR="00ED3D57"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>55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b/>
                <w:bCs/>
                <w:sz w:val="20"/>
                <w:szCs w:val="20"/>
                <w:cs/>
                <w:lang w:bidi="th-TH"/>
              </w:rPr>
              <w:t>นาที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>)</w:t>
            </w:r>
          </w:p>
        </w:tc>
        <w:tc>
          <w:tcPr>
            <w:tcW w:w="5528" w:type="dxa"/>
            <w:vAlign w:val="center"/>
          </w:tcPr>
          <w:p w14:paraId="3DB737BA" w14:textId="6C4DB8D3" w:rsidR="00AB2A88" w:rsidRPr="00824E48" w:rsidRDefault="004744BB" w:rsidP="004744BB">
            <w:pPr>
              <w:pStyle w:val="ae"/>
              <w:ind w:left="0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 w:rsidRPr="00824E48">
              <w:rPr>
                <w:rFonts w:ascii="TH Sarabun New" w:hAnsi="TH Sarabun New" w:cs="TH Sarabun New"/>
                <w:sz w:val="20"/>
                <w:szCs w:val="20"/>
              </w:rPr>
              <w:t xml:space="preserve">2.1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ครูสอนเนื้อหาสมบัติของเส้นตรง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มุม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และรูปเรขาคณิตสองมิติ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จากนั้นใช้คำถามกับผู้เรียนว่า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“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เนื้อหาที่เรียนนั้น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สามารถนำไปต่อยอดด้วยการใช้ในชีวิตประจำวันได้อย่างไรบ้าง</w:t>
            </w:r>
            <w:r w:rsidRPr="00824E48">
              <w:rPr>
                <w:rFonts w:ascii="TH Sarabun New" w:hAnsi="TH Sarabun New" w:cs="TH Sarabun New" w:hint="eastAsia"/>
                <w:sz w:val="20"/>
                <w:szCs w:val="20"/>
                <w:cs/>
                <w:lang w:bidi="th-TH"/>
              </w:rPr>
              <w:t>”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โดยครูอาจยกตัวอย่างด้วยการให้นักเรียน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จับคู่ แล้วลอง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วาดแปลนบ้านของนักเรียนเองว่ามีรูปร่างอย่างไร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เป็นรูปเรขาคณิตอะไร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เช่น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สี่เหลี่ยมผืนผ้า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สี่เหลี่ยมจตุรัส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หกเหลี่ยม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หรืออื่นๆ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รวมทั้งที่ไม่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lastRenderedPageBreak/>
              <w:t>สามารถจัดประเภทเป็นรูปเรขาคณิตได้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จากนั้นมอบหมายภารกิจง่ายๆ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เช่น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ถ้าจะวางศาลานั่งเล่น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โต๊ะนั่งเล่น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พื้นที่สร้างแคมป์ในบริเวณบ้าน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หรืออ่างเลี้ยงปลา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นักเรียนจะวางสิ่งของเหล่านี้ไว้บริเวณไหนของบ้านและเพราะอะไร</w:t>
            </w:r>
            <w:r w:rsidRPr="00824E48">
              <w:rPr>
                <w:rFonts w:ascii="TH Sarabun New" w:hAnsi="TH Sarabun New" w:cs="TH Sarabun New" w:hint="eastAsia"/>
                <w:sz w:val="20"/>
                <w:szCs w:val="20"/>
                <w:cs/>
                <w:lang w:bidi="th-TH"/>
              </w:rPr>
              <w:t>”</w:t>
            </w:r>
            <w:r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เป็นต้น</w:t>
            </w:r>
          </w:p>
          <w:p w14:paraId="7B8415F4" w14:textId="77777777" w:rsidR="00C45D7A" w:rsidRDefault="001F2885" w:rsidP="00ED3D57">
            <w:pPr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2.2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ครูจัดกลุ่มผู้เรียนโดยคำนึงถึงความแตกต่างระหว่างบุคคลและให้ความสามารถของสมาชิกในกลุ่มเหมาะสมกับภาระงาน</w:t>
            </w:r>
            <w:r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จากนั้นให้นักเรียนแต่ละกลุ่มไปนั่งด้วยกัน และใช้แอปพลิเคชันวงล้อเพื่อมอบหมายหน้าที่ (หัวหน้า </w:t>
            </w:r>
            <w:r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>1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คน  </w:t>
            </w:r>
            <w:r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>MC 1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คน มดงาน </w:t>
            </w:r>
            <w:r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>3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คน) </w:t>
            </w:r>
          </w:p>
          <w:p w14:paraId="663C9B0D" w14:textId="77777777" w:rsidR="004B1FA3" w:rsidRDefault="00C45D7A" w:rsidP="00ED3D57">
            <w:pPr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2.3 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ครูมอบหมายภารกิจการก่อสร้าง การตกแต่งสถานที่ในหัวข้อ </w:t>
            </w:r>
            <w:r w:rsidR="001F2885"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>“</w:t>
            </w:r>
            <w:r w:rsidR="001F2885"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My design: 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ศูนย์สภาวะทิ้งตัวบนทุ่งลาเวนเดอร์</w:t>
            </w:r>
            <w:r w:rsidR="001F2885" w:rsidRPr="00824E48">
              <w:rPr>
                <w:rFonts w:ascii="TH Sarabun New" w:hAnsi="TH Sarabun New" w:cs="TH Sarabun New" w:hint="eastAsia"/>
                <w:sz w:val="20"/>
                <w:szCs w:val="20"/>
                <w:cs/>
                <w:lang w:bidi="th-TH"/>
              </w:rPr>
              <w:t>”</w:t>
            </w:r>
            <w:r w:rsidR="00D36EF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โดย</w:t>
            </w:r>
            <w:r w:rsidR="004B1FA3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กำหนดว่า</w:t>
            </w:r>
            <w:r w:rsidR="001F2885"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="004B1FA3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 </w:t>
            </w:r>
          </w:p>
          <w:p w14:paraId="3B483CBC" w14:textId="08681C69" w:rsidR="003311B5" w:rsidRDefault="0000787F" w:rsidP="00ED3D57">
            <w:pPr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  </w:t>
            </w:r>
            <w:r w:rsidR="003311B5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1. เป็น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สถานที่สำหรับให้นักเรียนได้พักผ่อนหรือผ่อนคลายจากการเรียน</w:t>
            </w:r>
          </w:p>
          <w:p w14:paraId="2D24B335" w14:textId="00D6FCDE" w:rsidR="001A1822" w:rsidRDefault="0000787F" w:rsidP="00ED3D57">
            <w:pPr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  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</w:t>
            </w:r>
            <w:r w:rsidR="003311B5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2. 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เป็นสถานที่ที่ไม่ใช้เสียงดังมากสำหรับนักเรียนที่ต้องการจับกลุ่มทำงาน หรือทบทวนเนื้อหาร่วมกัน</w:t>
            </w:r>
          </w:p>
          <w:p w14:paraId="24EC0B52" w14:textId="7EC4BA2F" w:rsidR="0000787F" w:rsidRDefault="0000787F" w:rsidP="00ED3D57">
            <w:pPr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  </w:t>
            </w:r>
            <w:r w:rsidR="001A1822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3.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นักเรียนร่วมกันออกแบบว่าควรเลือกมุมไหนของโรงเรียน โดยมีเงื่อนไขว่า </w:t>
            </w:r>
          </w:p>
          <w:p w14:paraId="175A56F4" w14:textId="77777777" w:rsidR="00507602" w:rsidRDefault="0000787F" w:rsidP="00ED3D57">
            <w:pPr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    3.1 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ศูนย์ฯ นี้ใช้พื้นที่ </w:t>
            </w:r>
            <w:r w:rsidR="001F2885"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10% 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ของโ</w:t>
            </w:r>
            <w:r w:rsidR="00ED3D57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ร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งเรียน</w:t>
            </w:r>
            <w:r w:rsidR="00ED3D57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แ</w:t>
            </w:r>
          </w:p>
          <w:p w14:paraId="33BD0ABA" w14:textId="77777777" w:rsidR="00BF49A8" w:rsidRDefault="00507602" w:rsidP="00ED3D57">
            <w:pPr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    3.2 เลือก</w:t>
            </w:r>
            <w:r w:rsidR="00ED3D57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ตกแต่งด้วยอะไร เช่น โต๊ะนั่งเล่น หรืออื่นๆ โดยการวางของตกแต่งให้เข้ากับพื้นที่และใช้พื้นที่รูปเรขาคณิตในการจัดวาง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โดยคำนึงถึงความเหมาะสม ปลอดภัย คุ้มค่าคุ้มราคาและสวยงาม </w:t>
            </w:r>
          </w:p>
          <w:p w14:paraId="551A6DBE" w14:textId="4DC3B45F" w:rsidR="001F2885" w:rsidRPr="00824E48" w:rsidRDefault="00BF49A8" w:rsidP="00ED3D57">
            <w:pPr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  4. 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ให้นักเรียนร่วมกันวิเคราะห์</w:t>
            </w:r>
            <w:r w:rsidR="00ED3D57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ด้วยการสนทนาภายในกลุ่ม แลกเปลี่ยนไอเดีย ความคิดระหว่าง</w:t>
            </w:r>
            <w:r w:rsidR="0030547F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กัน</w:t>
            </w:r>
            <w:r w:rsidR="00ED3D57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และลอง</w:t>
            </w:r>
            <w:r w:rsidR="00ED3D57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วิเคราะห์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ประเด็น</w:t>
            </w:r>
            <w:r w:rsidR="00ED3D57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เรื่อง</w:t>
            </w:r>
            <w:r w:rsidR="001F2885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ข้อเด่นและข้อจำกัดที่ได้จากการวิเคราะห์ร่วมกัน</w:t>
            </w:r>
          </w:p>
        </w:tc>
        <w:tc>
          <w:tcPr>
            <w:tcW w:w="1547" w:type="dxa"/>
            <w:vAlign w:val="center"/>
          </w:tcPr>
          <w:p w14:paraId="515E9B01" w14:textId="77777777" w:rsidR="00AB2A88" w:rsidRPr="00824E48" w:rsidRDefault="001F2885" w:rsidP="001F2885">
            <w:pPr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lastRenderedPageBreak/>
              <w:t>ทักษะการแก้ปัญหา</w:t>
            </w:r>
          </w:p>
          <w:p w14:paraId="13354952" w14:textId="77777777" w:rsidR="001F2885" w:rsidRPr="00824E48" w:rsidRDefault="001F2885" w:rsidP="001F2885">
            <w:pPr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ทักษะการสื่อสาร</w:t>
            </w:r>
          </w:p>
          <w:p w14:paraId="71F0E2CB" w14:textId="14DC25BD" w:rsidR="001F2885" w:rsidRPr="00824E48" w:rsidRDefault="001F2885" w:rsidP="001F2885">
            <w:pPr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</w:tr>
      <w:tr w:rsidR="00824E48" w:rsidRPr="00824E48" w14:paraId="7EC94D32" w14:textId="77777777" w:rsidTr="00636C2B">
        <w:tc>
          <w:tcPr>
            <w:tcW w:w="1555" w:type="dxa"/>
            <w:vAlign w:val="center"/>
          </w:tcPr>
          <w:p w14:paraId="1C82504C" w14:textId="14B07A40" w:rsidR="00EC3382" w:rsidRPr="00824E48" w:rsidRDefault="00EC3382" w:rsidP="00EC3382">
            <w:pPr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3. 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 xml:space="preserve">ขั้นที่ 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3 Explain &amp; Engineer : 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 xml:space="preserve">ออกแบบและแก้ปัญหา </w:t>
            </w:r>
            <w:r w:rsidR="00636C2B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br/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>(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20-25 </w:t>
            </w: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>นาที)</w:t>
            </w:r>
          </w:p>
          <w:p w14:paraId="55BAD9B2" w14:textId="7FCB8B68" w:rsidR="00EC3382" w:rsidRPr="00824E48" w:rsidRDefault="00EC3382" w:rsidP="00EC3382">
            <w:pPr>
              <w:rPr>
                <w:rFonts w:ascii="TH Sarabun New" w:hAnsi="TH Sarabun New" w:cs="TH Sarabun New"/>
                <w:b/>
                <w:bCs/>
                <w:sz w:val="20"/>
                <w:szCs w:val="20"/>
                <w:lang w:bidi="th-TH"/>
              </w:rPr>
            </w:pPr>
            <w:r w:rsidRPr="00EC3382">
              <w:rPr>
                <w:rFonts w:ascii="TH Sarabun New" w:hAnsi="TH Sarabun New" w:cs="TH Sarabun New" w:hint="cs"/>
                <w:b/>
                <w:bCs/>
                <w:sz w:val="20"/>
                <w:szCs w:val="20"/>
                <w:cs/>
                <w:lang w:bidi="th-TH"/>
              </w:rPr>
              <w:t>หมายเหตุ</w:t>
            </w:r>
            <w:r w:rsidRPr="00EC3382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* </w:t>
            </w:r>
            <w:r w:rsidRPr="00EC3382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หากครูสามารถหาพิมพ์เขียวหรือแปลนของโรงเรียนที่แตกต่างกัน แล้วให้นักเรียนลองออกแบบสนามเด็กเล่นเมื่อมีรูปร่างและขนาดพื้นที่ที่ใช้ออกแบบต่างต่างกัน จะเพิ่มความหลากหลายเพิ่มขึ้น แต่หากครูอยากเห็นมุมมองที่อาจแตกต่างในการออกแบบของแต่ละกลุ่มในการสร้างและออกแบบสถานที่เดียวกัน ก็ทำได้เช่นกัน</w:t>
            </w:r>
          </w:p>
        </w:tc>
        <w:tc>
          <w:tcPr>
            <w:tcW w:w="5528" w:type="dxa"/>
            <w:vAlign w:val="center"/>
          </w:tcPr>
          <w:p w14:paraId="5445973E" w14:textId="77777777" w:rsidR="00AF5299" w:rsidRDefault="00EC3382" w:rsidP="00EC3382">
            <w:pPr>
              <w:pStyle w:val="ae"/>
              <w:ind w:left="0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 w:rsidRPr="00824E48">
              <w:rPr>
                <w:rFonts w:ascii="TH Sarabun New" w:hAnsi="TH Sarabun New" w:cs="TH Sarabun New"/>
                <w:sz w:val="20"/>
                <w:szCs w:val="20"/>
              </w:rPr>
              <w:t xml:space="preserve">3.1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ครูแจ้งให้นักเรียนดำเนินการออกแบบและวาดรูปสิ่งก่อสร้างหรือของตกแต่งลงในใบงาน </w:t>
            </w:r>
            <w:r w:rsidR="00B6653E" w:rsidRPr="00B6653E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>“</w:t>
            </w:r>
            <w:r w:rsidR="00B6653E" w:rsidRPr="00B6653E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My design: </w:t>
            </w:r>
            <w:r w:rsidR="00B6653E" w:rsidRPr="00B6653E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ศูนย์สภาวะทิ้งตัวบนทุ่งลาเวนเดอร์</w:t>
            </w:r>
            <w:r w:rsidR="00B6653E" w:rsidRPr="00B6653E">
              <w:rPr>
                <w:rFonts w:ascii="TH Sarabun New" w:hAnsi="TH Sarabun New" w:cs="TH Sarabun New" w:hint="eastAsia"/>
                <w:sz w:val="20"/>
                <w:szCs w:val="20"/>
                <w:cs/>
                <w:lang w:bidi="th-TH"/>
              </w:rPr>
              <w:t>”</w:t>
            </w:r>
            <w:r w:rsidR="00B6653E" w:rsidRPr="00B6653E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 xml:space="preserve">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โดยให้นักเรียนวาดรูปการออกแบบด้วยเรขาคณิต ระบุว่าเป็นรูปเรขาคณิตชนิดใด ใช้ความรู้เรื่องเส้นตรง มุม และรูปเรขาคณิตที่เรียน ให้งานออกแบบสามารถนำไปใช้ได้จริง</w:t>
            </w:r>
          </w:p>
          <w:p w14:paraId="7A833424" w14:textId="4D13CB6B" w:rsidR="00AB2A88" w:rsidRPr="00824E48" w:rsidRDefault="00AF5299" w:rsidP="00EC3382">
            <w:pPr>
              <w:pStyle w:val="ae"/>
              <w:ind w:left="0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bookmarkStart w:id="1" w:name="_Hlk220084125"/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3.2 ครูแจ้งการประเมิน</w:t>
            </w:r>
            <w:r w:rsidR="000A34DD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ก</w:t>
            </w:r>
            <w:r w:rsidR="00861C64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าร</w:t>
            </w: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</w:t>
            </w:r>
            <w:r w:rsidR="00EC3382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ออกแบบภายใต้เงื่อนไข</w:t>
            </w:r>
            <w:r w:rsidR="00B6653E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ที่กำหนดในขั้นการวิเคราะห์ปัญหาร่วมกับ</w:t>
            </w:r>
            <w:r w:rsidR="00EC3382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การบูรณาการระหว่างรายวิชา </w:t>
            </w:r>
            <w:r w:rsidR="00EC3382" w:rsidRPr="00824E48">
              <w:rPr>
                <w:rFonts w:ascii="TH Sarabun New" w:hAnsi="TH Sarabun New" w:cs="TH Sarabun New"/>
                <w:sz w:val="20"/>
                <w:szCs w:val="20"/>
              </w:rPr>
              <w:t xml:space="preserve">STEM </w:t>
            </w:r>
            <w:r w:rsidR="00EC3382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ตามหัวข้อด้านล่าง คือ</w:t>
            </w:r>
          </w:p>
          <w:p w14:paraId="16744BAE" w14:textId="5E3E2858" w:rsidR="00EC3382" w:rsidRPr="00824E48" w:rsidRDefault="00694AAE" w:rsidP="00EC3382">
            <w:pPr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  </w:t>
            </w:r>
            <w:r w:rsidR="00EC3382"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S: </w:t>
            </w:r>
            <w:r w:rsidR="00EC3382"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>วิเคราะห์พื้นที่</w:t>
            </w:r>
            <w:r w:rsidR="00EC3382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โดยคำนึงถึง</w:t>
            </w:r>
            <w:r w:rsidR="00EC3382" w:rsidRPr="00824E48">
              <w:rPr>
                <w:rFonts w:ascii="TH Sarabun New" w:hAnsi="TH Sarabun New" w:cs="TH Sarabun New" w:hint="cs"/>
                <w:sz w:val="20"/>
                <w:szCs w:val="20"/>
                <w:cs/>
              </w:rPr>
              <w:t>ความเหมาะสม ปลอดภัย คุ้มค่าคุ้มราคาและสวยงาม</w:t>
            </w:r>
            <w:r w:rsidR="00EC3382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และใช้งานได้จริง</w:t>
            </w:r>
          </w:p>
          <w:p w14:paraId="06881CC5" w14:textId="775C0664" w:rsidR="00EC3382" w:rsidRPr="00824E48" w:rsidRDefault="00694AAE" w:rsidP="00EC3382">
            <w:pPr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  </w:t>
            </w:r>
            <w:r w:rsidR="00EC3382"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T: </w:t>
            </w:r>
            <w:r w:rsidR="00EC3382"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>ใช้ไม้บรรทัด/โปรแทรกเตอร์</w:t>
            </w:r>
            <w:r w:rsidR="00EC3382"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>/</w:t>
            </w:r>
            <w:r w:rsidR="00EC3382"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แอปพลิเคชัน</w:t>
            </w:r>
            <w:r w:rsidR="00414F3D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ที่ช่วยในการออกแบบ/</w:t>
            </w:r>
            <w:r w:rsidR="00414F3D">
              <w:rPr>
                <w:rFonts w:ascii="TH Sarabun New" w:hAnsi="TH Sarabun New" w:cs="TH Sarabun New"/>
                <w:sz w:val="20"/>
                <w:szCs w:val="20"/>
                <w:lang w:bidi="th-TH"/>
              </w:rPr>
              <w:t>Ipad/</w:t>
            </w:r>
            <w:r w:rsidR="00414F3D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กระดาษ</w:t>
            </w:r>
          </w:p>
          <w:p w14:paraId="2EC45AC7" w14:textId="249C6368" w:rsidR="00EC3382" w:rsidRPr="00824E48" w:rsidRDefault="00694AAE" w:rsidP="00EC3382">
            <w:pPr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  </w:t>
            </w:r>
            <w:r w:rsidR="00EC3382"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E: </w:t>
            </w:r>
            <w:r w:rsidR="00EC3382" w:rsidRPr="00824E48"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  <w:t>ออกแบบผังสนาม</w:t>
            </w:r>
            <w:r w:rsidR="00B6653E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ตามเงื่อนไข สามารถใช้งานได้จริง</w:t>
            </w:r>
          </w:p>
          <w:p w14:paraId="75ED8A8E" w14:textId="77777777" w:rsidR="00EC3382" w:rsidRDefault="00694AAE" w:rsidP="00EC3382">
            <w:pPr>
              <w:pStyle w:val="ae"/>
              <w:ind w:left="0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  </w:t>
            </w:r>
            <w:r w:rsidR="00EC3382"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M: </w:t>
            </w:r>
            <w:r w:rsidR="00EC3382" w:rsidRPr="00824E48">
              <w:rPr>
                <w:rFonts w:ascii="TH Sarabun New" w:hAnsi="TH Sarabun New" w:cs="TH Sarabun New"/>
                <w:sz w:val="20"/>
                <w:szCs w:val="20"/>
                <w:cs/>
              </w:rPr>
              <w:t>ใช้ความรู้เรขาคณิต</w:t>
            </w:r>
            <w:r w:rsidR="00B6653E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ไปใช้ในการวางของตกแต่งในพื้นที่ของการออกแบบศูนย์ฯ ที่กำหนดให้</w:t>
            </w:r>
            <w:bookmarkEnd w:id="1"/>
          </w:p>
          <w:p w14:paraId="7C3E7640" w14:textId="685B4C04" w:rsidR="0092573B" w:rsidRPr="00824E48" w:rsidRDefault="0092573B" w:rsidP="00EC3382">
            <w:pPr>
              <w:pStyle w:val="ae"/>
              <w:ind w:left="0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(นักเรียนสามารถสืบค้นแหล่งข้อมูลได้ทั้งหนังสือ บทความ แหล่งข้อมูลสารสนเทศออนไลน์ และสามารถใช้แอปพลิเคชั่นในการออกแบบในอุปกรณ์อิเล็กทรอนิกส์ได้ เช่น หากต้องการออกแบบเป็น </w:t>
            </w:r>
            <w:r>
              <w:rPr>
                <w:rFonts w:ascii="TH Sarabun New" w:hAnsi="TH Sarabun New" w:cs="TH Sarabun New"/>
                <w:sz w:val="20"/>
                <w:szCs w:val="20"/>
                <w:lang w:bidi="th-TH"/>
              </w:rPr>
              <w:t>3</w:t>
            </w:r>
            <w:r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มิติ)</w:t>
            </w:r>
          </w:p>
        </w:tc>
        <w:tc>
          <w:tcPr>
            <w:tcW w:w="1547" w:type="dxa"/>
            <w:vAlign w:val="center"/>
          </w:tcPr>
          <w:p w14:paraId="2AA93459" w14:textId="77777777" w:rsidR="00C81271" w:rsidRPr="00C81271" w:rsidRDefault="00C81271" w:rsidP="00C81271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C81271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ทักษะการแก้ปัญหา</w:t>
            </w:r>
          </w:p>
          <w:p w14:paraId="3849FC58" w14:textId="77777777" w:rsidR="00C81271" w:rsidRPr="00C81271" w:rsidRDefault="00C81271" w:rsidP="00C81271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C81271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ทักษะการสื่อสาร</w:t>
            </w:r>
          </w:p>
          <w:p w14:paraId="034B675F" w14:textId="34B6FD07" w:rsidR="00AB2A88" w:rsidRPr="00824E48" w:rsidRDefault="00C81271" w:rsidP="00C81271">
            <w:pPr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ทักษะความคิดสร้างสรรค์</w:t>
            </w:r>
          </w:p>
        </w:tc>
      </w:tr>
      <w:tr w:rsidR="00824E48" w:rsidRPr="00824E48" w14:paraId="3F912A0C" w14:textId="77777777" w:rsidTr="00636C2B">
        <w:tc>
          <w:tcPr>
            <w:tcW w:w="1555" w:type="dxa"/>
            <w:vAlign w:val="center"/>
          </w:tcPr>
          <w:p w14:paraId="5416AC2F" w14:textId="202DBCC8" w:rsidR="00AB2A88" w:rsidRPr="00824E48" w:rsidRDefault="00AB2A88" w:rsidP="00EE4F11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>4.</w:t>
            </w:r>
            <w:r w:rsidR="00824E48"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 </w:t>
            </w:r>
            <w:r w:rsidR="00824E48"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>ขั้</w:t>
            </w:r>
            <w:r w:rsidR="00824E48"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 xml:space="preserve">นที่ </w:t>
            </w:r>
            <w:r w:rsidR="00824E48"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4 Elaborate : </w:t>
            </w:r>
            <w:r w:rsidR="00824E48"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นำเสนอ (</w:t>
            </w:r>
            <w:r w:rsidR="00824E48"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10-15 </w:t>
            </w:r>
            <w:r w:rsidR="00824E48" w:rsidRPr="00824E48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</w:rPr>
              <w:t>นาที)</w:t>
            </w:r>
          </w:p>
        </w:tc>
        <w:tc>
          <w:tcPr>
            <w:tcW w:w="5528" w:type="dxa"/>
            <w:vAlign w:val="center"/>
          </w:tcPr>
          <w:p w14:paraId="35E188AF" w14:textId="59AEABE0" w:rsidR="00824E48" w:rsidRPr="00824E48" w:rsidRDefault="00824E48" w:rsidP="00824E48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4.1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ให้แต่ละกลุ่มนำเสนอผลงานของตนเอง โดยให้เน้นไปที่การอธิบายโดยใช้เหตุผลทางเรขาคณิตที่แต่ละกลุ่มเลือกมาออกแบบ (นักเรียนแต่ละกลุ่มจะได้แลกเปลี่ยนมุมมองของแต่ละกลุ่ม)</w:t>
            </w:r>
          </w:p>
          <w:p w14:paraId="2845610A" w14:textId="0AE46A77" w:rsidR="00824E48" w:rsidRPr="00824E48" w:rsidRDefault="00824E48" w:rsidP="00824E48">
            <w:pPr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  <w:r w:rsidRPr="00824E4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4.2 </w:t>
            </w: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หากมีคำถาม ให้นักเรียนสามารถสอบถามข้อสงสัยจากกลุ่มที่นำเสนอได้เลยโดยมีครูคอยช่วยเหลือโดยการเติมเต็มข้อมูลให้กับผู้เรียน</w:t>
            </w:r>
          </w:p>
          <w:p w14:paraId="04D86F01" w14:textId="77777777" w:rsidR="00AB2A88" w:rsidRPr="00824E48" w:rsidRDefault="00AB2A88" w:rsidP="00824E48">
            <w:pPr>
              <w:pStyle w:val="ae"/>
              <w:ind w:left="0"/>
              <w:rPr>
                <w:rFonts w:ascii="TH Sarabun New" w:hAnsi="TH Sarabun New" w:cs="TH Sarabun New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1547" w:type="dxa"/>
            <w:vAlign w:val="center"/>
          </w:tcPr>
          <w:p w14:paraId="2E59276B" w14:textId="77777777" w:rsidR="00824E48" w:rsidRPr="00824E48" w:rsidRDefault="00824E48" w:rsidP="00824E48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824E4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ทักษะการสื่อสาร</w:t>
            </w:r>
          </w:p>
          <w:p w14:paraId="7E272A5D" w14:textId="77777777" w:rsidR="00AB2A88" w:rsidRPr="00824E48" w:rsidRDefault="00AB2A88" w:rsidP="00824E48">
            <w:pPr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</w:p>
        </w:tc>
      </w:tr>
      <w:tr w:rsidR="00824E48" w:rsidRPr="00824E48" w14:paraId="495D8077" w14:textId="77777777" w:rsidTr="00636C2B">
        <w:tc>
          <w:tcPr>
            <w:tcW w:w="1555" w:type="dxa"/>
            <w:vAlign w:val="center"/>
          </w:tcPr>
          <w:p w14:paraId="114C9B46" w14:textId="7540DA02" w:rsidR="00096306" w:rsidRPr="00096306" w:rsidRDefault="00AB2A88" w:rsidP="00096306">
            <w:pPr>
              <w:rPr>
                <w:rFonts w:ascii="TH Sarabun New" w:hAnsi="TH Sarabun New" w:cs="TH Sarabun New"/>
                <w:b/>
                <w:bCs/>
                <w:sz w:val="20"/>
                <w:szCs w:val="20"/>
              </w:rPr>
            </w:pPr>
            <w:r w:rsidRPr="00824E48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5. </w:t>
            </w:r>
            <w:r w:rsidR="00096306" w:rsidRPr="00096306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>ขั้นที่ 5</w:t>
            </w:r>
            <w:r w:rsidR="00096306" w:rsidRPr="00096306">
              <w:rPr>
                <w:rFonts w:ascii="TH Sarabun New" w:hAnsi="TH Sarabun New" w:cs="TH Sarabun New"/>
                <w:b/>
                <w:bCs/>
                <w:sz w:val="20"/>
                <w:szCs w:val="20"/>
              </w:rPr>
              <w:t xml:space="preserve"> Evaluate : </w:t>
            </w:r>
            <w:r w:rsidR="00096306" w:rsidRPr="00096306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 xml:space="preserve">สรุปและประเมิน </w:t>
            </w:r>
            <w:r w:rsidR="00636C2B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br/>
            </w:r>
            <w:r w:rsidR="00096306" w:rsidRPr="00096306">
              <w:rPr>
                <w:rFonts w:ascii="TH Sarabun New" w:hAnsi="TH Sarabun New" w:cs="TH Sarabun New"/>
                <w:b/>
                <w:bCs/>
                <w:sz w:val="20"/>
                <w:szCs w:val="20"/>
                <w:cs/>
                <w:lang w:bidi="th-TH"/>
              </w:rPr>
              <w:t>(5 นาที)</w:t>
            </w:r>
          </w:p>
          <w:p w14:paraId="2BCE0C57" w14:textId="42ED958F" w:rsidR="00AB2A88" w:rsidRPr="00824E48" w:rsidRDefault="00AB2A88" w:rsidP="00EE4F11">
            <w:pPr>
              <w:rPr>
                <w:rFonts w:ascii="TH Sarabun New" w:hAnsi="TH Sarabun New" w:cs="TH Sarabun New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5528" w:type="dxa"/>
            <w:vAlign w:val="center"/>
          </w:tcPr>
          <w:p w14:paraId="4B3B7B50" w14:textId="43F691E4" w:rsidR="00483308" w:rsidRPr="00096306" w:rsidRDefault="00096306" w:rsidP="00096306">
            <w:pPr>
              <w:rPr>
                <w:rFonts w:ascii="TH Sarabun New" w:hAnsi="TH Sarabun New" w:cs="TH Sarabun New"/>
                <w:sz w:val="20"/>
                <w:szCs w:val="20"/>
              </w:rPr>
            </w:pPr>
            <w:r w:rsidRPr="00096306">
              <w:rPr>
                <w:rFonts w:ascii="TH Sarabun New" w:hAnsi="TH Sarabun New" w:cs="TH Sarabun New"/>
                <w:sz w:val="20"/>
                <w:szCs w:val="20"/>
              </w:rPr>
              <w:t xml:space="preserve">5.1 </w:t>
            </w:r>
            <w:r w:rsidRPr="00096306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ครูสรุปกิจกรรมและแนวคิดสำคัญของหลักการของเรื่องรูปเรขาคณิตและอธิบายผู้เรียนว่าเราสามารถนำความรู้ในห้องเรียนไปประยุกต์ใช้ในชีวิตประจำวันได้จริง</w:t>
            </w:r>
            <w:r w:rsidRPr="00096306">
              <w:rPr>
                <w:rFonts w:ascii="TH Sarabun New" w:hAnsi="TH Sarabun New" w:cs="TH Sarabun New"/>
                <w:sz w:val="20"/>
                <w:szCs w:val="20"/>
              </w:rPr>
              <w:t xml:space="preserve"> </w:t>
            </w:r>
            <w:r w:rsidRPr="00096306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ครูอาจลองให้ผู้เรียนแต่ละกลุ่มประเมินงานของตนเองพร้อมเหตุผลสนับสนุนการประเมินนั้น</w:t>
            </w:r>
          </w:p>
          <w:p w14:paraId="1ABC2B84" w14:textId="640B5764" w:rsidR="00AB2A88" w:rsidRPr="00795726" w:rsidRDefault="00096306" w:rsidP="00E03833">
            <w:pPr>
              <w:jc w:val="thaiDistribute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  <w:r>
              <w:rPr>
                <w:rFonts w:ascii="TH Sarabun New" w:hAnsi="TH Sarabun New" w:cs="TH Sarabun New"/>
                <w:sz w:val="20"/>
                <w:szCs w:val="20"/>
                <w:lang w:bidi="th-TH"/>
              </w:rPr>
              <w:lastRenderedPageBreak/>
              <w:t>5.2</w:t>
            </w:r>
            <w:r w:rsidR="0074756C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</w:t>
            </w:r>
            <w:r w:rsidRPr="00096306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ครูมอบหมายการบ้าน</w:t>
            </w:r>
            <w:r w:rsidR="0048330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(แบบฝึกหัด จำนวน </w:t>
            </w:r>
            <w:r w:rsidR="0048330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5 </w:t>
            </w:r>
            <w:r w:rsidR="0048330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ข้อ ครูตรวจการบ้าน ทบทวน อธิบายให้นักเรียนจนกระทั่งนักเรียนไม่มีข้อสงสัยและทดสอบด้วยข้อสอบปรนัย </w:t>
            </w:r>
            <w:r w:rsidR="0048330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>4</w:t>
            </w:r>
            <w:r w:rsidR="0048330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ตัวเลือกท้ายคาบในคาบเรียนถัดไป)</w:t>
            </w:r>
            <w:r w:rsidRPr="00096306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 xml:space="preserve"> ให้นักเรียนไปทำ เพื่อเป็นการทบทวนความรู้ที่เรียนในห้องเรียน</w:t>
            </w:r>
            <w:r w:rsidR="00483308">
              <w:rPr>
                <w:rFonts w:ascii="TH Sarabun New" w:hAnsi="TH Sarabun New" w:cs="TH Sarabun New"/>
                <w:sz w:val="20"/>
                <w:szCs w:val="20"/>
                <w:lang w:bidi="th-TH"/>
              </w:rPr>
              <w:t xml:space="preserve"> </w:t>
            </w:r>
            <w:r w:rsidR="00483308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t>(วัดทักษะการคิดวิเคราะห์)</w:t>
            </w:r>
          </w:p>
        </w:tc>
        <w:tc>
          <w:tcPr>
            <w:tcW w:w="1547" w:type="dxa"/>
            <w:vAlign w:val="center"/>
          </w:tcPr>
          <w:p w14:paraId="3FDE2C7D" w14:textId="50116528" w:rsidR="00AB2A88" w:rsidRPr="00B6653E" w:rsidRDefault="00B6653E" w:rsidP="00B6653E">
            <w:pPr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  <w:r w:rsidRPr="00B6653E">
              <w:rPr>
                <w:rFonts w:ascii="TH Sarabun New" w:hAnsi="TH Sarabun New" w:cs="TH Sarabun New" w:hint="cs"/>
                <w:sz w:val="20"/>
                <w:szCs w:val="20"/>
                <w:cs/>
                <w:lang w:bidi="th-TH"/>
              </w:rPr>
              <w:lastRenderedPageBreak/>
              <w:t>ทักษะการคิดวิเคราะห์และสื่อสาร</w:t>
            </w:r>
          </w:p>
        </w:tc>
      </w:tr>
    </w:tbl>
    <w:p w14:paraId="0B842785" w14:textId="77777777" w:rsidR="00AB2A88" w:rsidRDefault="00AB2A88" w:rsidP="00AB2A88"/>
    <w:p w14:paraId="7805C732" w14:textId="77777777" w:rsidR="00227572" w:rsidRDefault="00227572" w:rsidP="00AB2A88"/>
    <w:p w14:paraId="6C1CCF1B" w14:textId="77777777" w:rsidR="00B6653E" w:rsidRPr="00B6653E" w:rsidRDefault="00B6653E" w:rsidP="00B6653E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 w:rsidRPr="00B6653E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4. </w:t>
      </w:r>
      <w:r w:rsidRPr="00B6653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สื่อและแหล่งการเรียนรู้</w:t>
      </w:r>
    </w:p>
    <w:p w14:paraId="28421EA5" w14:textId="0ECB427A" w:rsidR="00B6653E" w:rsidRPr="00B6653E" w:rsidRDefault="00B6653E" w:rsidP="00B6653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  <w:r w:rsidRPr="00B6653E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ab/>
      </w:r>
      <w:r w:rsidRPr="00B6653E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 xml:space="preserve">4.1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  <w:lang w:bidi="th-TH"/>
        </w:rPr>
        <w:t xml:space="preserve">หนังสือเรียนคณิตศาสตร์ระดับชั้นมัธยมศึกษาปีที่ </w:t>
      </w:r>
      <w:r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>1</w:t>
      </w:r>
    </w:p>
    <w:p w14:paraId="0B9E5FB5" w14:textId="2A5EDC11" w:rsidR="00B6653E" w:rsidRPr="00B6653E" w:rsidRDefault="00B6653E" w:rsidP="00B6653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  <w:lang w:bidi="th-TH"/>
        </w:rPr>
      </w:pPr>
      <w:r w:rsidRPr="00B6653E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  <w:t>4.2</w:t>
      </w:r>
      <w:r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  <w:lang w:bidi="th-TH"/>
        </w:rPr>
        <w:t>หนังสือประกอบการเรียนอื่นๆที่เกี่ยวข้อง</w:t>
      </w:r>
    </w:p>
    <w:p w14:paraId="55CA6C55" w14:textId="4B70AE8B" w:rsidR="00B6653E" w:rsidRPr="00B6653E" w:rsidRDefault="00B6653E" w:rsidP="00B6653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  <w:lang w:bidi="th-TH"/>
        </w:rPr>
      </w:pPr>
      <w:r w:rsidRPr="00B6653E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  <w:t>4.3</w:t>
      </w:r>
      <w:r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 xml:space="preserve">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  <w:lang w:bidi="th-TH"/>
        </w:rPr>
        <w:t>แหล่งข้อมูลออนไลน์ที่มีความน่าเชื่อถือ</w:t>
      </w:r>
    </w:p>
    <w:p w14:paraId="51AAE0F4" w14:textId="41FC5172" w:rsidR="00B6653E" w:rsidRDefault="00B6653E" w:rsidP="00B6653E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 w:rsidRPr="00B6653E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5. </w:t>
      </w:r>
      <w:r w:rsidRPr="00B6653E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>การประเมินผล</w:t>
      </w:r>
      <w:r w:rsidRPr="00B6653E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การเรียนรู้</w:t>
      </w:r>
    </w:p>
    <w:p w14:paraId="1ED01407" w14:textId="32A08B00" w:rsidR="007527F3" w:rsidRDefault="007527F3" w:rsidP="00B6653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  <w:lang w:bidi="th-TH"/>
        </w:rPr>
        <w:t>- แบบสังเกตและประเมินพฤติกรรมในระหว่างการจัดการเรียนการสอนของครู</w:t>
      </w:r>
    </w:p>
    <w:p w14:paraId="4E6473B2" w14:textId="5FB3C69A" w:rsidR="007527F3" w:rsidRDefault="007527F3" w:rsidP="00B6653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  <w:lang w:bidi="th-TH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  <w:lang w:bidi="th-TH"/>
        </w:rPr>
        <w:t>- แบบฝึกหัดหรือใบงานของนักเรียน</w:t>
      </w:r>
    </w:p>
    <w:p w14:paraId="5212255F" w14:textId="2741FB0B" w:rsidR="007527F3" w:rsidRDefault="007527F3" w:rsidP="00B6653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  <w:lang w:bidi="th-TH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  <w:lang w:bidi="th-TH"/>
        </w:rPr>
        <w:t xml:space="preserve">- การออกแบบชิ้นงาน </w:t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cs/>
          <w:lang w:bidi="th-TH"/>
        </w:rPr>
        <w:t>“</w:t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 xml:space="preserve">My design: </w:t>
      </w:r>
      <w:r w:rsidRPr="007527F3">
        <w:rPr>
          <w:rFonts w:ascii="TH SarabunPSK" w:eastAsia="Calibri" w:hAnsi="TH SarabunPSK" w:cs="TH SarabunPSK" w:hint="cs"/>
          <w:color w:val="000000"/>
          <w:sz w:val="32"/>
          <w:szCs w:val="32"/>
          <w:cs/>
          <w:lang w:bidi="th-TH"/>
        </w:rPr>
        <w:t>ศูนย์สภาวะทิ้งตัวบนทุ่งลาเวนเดอร์</w:t>
      </w:r>
      <w:r w:rsidRPr="007527F3">
        <w:rPr>
          <w:rFonts w:ascii="TH SarabunPSK" w:eastAsia="Calibri" w:hAnsi="TH SarabunPSK" w:cs="TH SarabunPSK" w:hint="eastAsia"/>
          <w:color w:val="000000"/>
          <w:sz w:val="32"/>
          <w:szCs w:val="32"/>
          <w:cs/>
          <w:lang w:bidi="th-TH"/>
        </w:rPr>
        <w:t>”</w:t>
      </w:r>
    </w:p>
    <w:p w14:paraId="681B8D41" w14:textId="61A0D71F" w:rsidR="007527F3" w:rsidRPr="007527F3" w:rsidRDefault="007527F3" w:rsidP="00B6653E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  <w:lang w:bidi="th-TH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  <w:lang w:bidi="th-TH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  <w:lang w:bidi="th-TH"/>
        </w:rPr>
        <w:t>- ข้อสอบวัดผลรายจุดประสงค์</w:t>
      </w:r>
    </w:p>
    <w:p w14:paraId="12003863" w14:textId="77777777" w:rsidR="007527F3" w:rsidRPr="00227572" w:rsidRDefault="007527F3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6.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เกณฑ์</w:t>
      </w:r>
      <w:r w:rsidRPr="007527F3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การประเมินผลการเรียนรู้ </w:t>
      </w:r>
      <w:r w:rsidRPr="00227572">
        <w:rPr>
          <w:rFonts w:ascii="TH SarabunPSK" w:eastAsia="Calibri" w:hAnsi="TH SarabunPSK" w:cs="TH SarabunPSK" w:hint="cs"/>
          <w:color w:val="000000"/>
          <w:sz w:val="32"/>
          <w:szCs w:val="32"/>
          <w:cs/>
          <w:lang w:bidi="th-TH"/>
        </w:rPr>
        <w:t xml:space="preserve">(ระบุให้สอดคล้องกับจุดประสงค์การเรียนรู้ </w:t>
      </w:r>
      <w:r w:rsidRPr="00227572">
        <w:rPr>
          <w:rFonts w:ascii="TH SarabunPSK" w:eastAsia="Calibri" w:hAnsi="TH SarabunPSK" w:cs="TH SarabunPSK"/>
          <w:color w:val="000000"/>
          <w:sz w:val="32"/>
          <w:szCs w:val="32"/>
          <w:cs/>
          <w:lang w:bidi="th-TH"/>
        </w:rPr>
        <w:t xml:space="preserve">ครอบคลุมทั้ง </w:t>
      </w:r>
      <w:r w:rsidRPr="00227572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 xml:space="preserve">K, P, A + </w:t>
      </w:r>
      <w:r w:rsidRPr="00227572">
        <w:rPr>
          <w:rFonts w:ascii="TH SarabunPSK" w:eastAsia="Calibri" w:hAnsi="TH SarabunPSK" w:cs="TH SarabunPSK"/>
          <w:color w:val="000000"/>
          <w:sz w:val="32"/>
          <w:szCs w:val="32"/>
          <w:cs/>
          <w:lang w:bidi="th-TH"/>
        </w:rPr>
        <w:t>ผลผลิต)</w:t>
      </w:r>
      <w:r w:rsidRPr="00227572">
        <w:rPr>
          <w:rFonts w:ascii="TH SarabunPSK" w:eastAsia="Calibri" w:hAnsi="TH SarabunPSK" w:cs="TH SarabunPSK" w:hint="cs"/>
          <w:color w:val="000000"/>
          <w:sz w:val="32"/>
          <w:szCs w:val="32"/>
          <w:cs/>
          <w:lang w:bidi="th-TH"/>
        </w:rPr>
        <w:t xml:space="preserve">  </w:t>
      </w:r>
    </w:p>
    <w:p w14:paraId="2D354006" w14:textId="5ED7A5CB" w:rsidR="001817A5" w:rsidRPr="007527F3" w:rsidRDefault="001817A5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7527F3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 xml:space="preserve">เกณฑ์การประเมินงาน </w:t>
      </w:r>
      <w:r w:rsidR="00B6653E" w:rsidRPr="007527F3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“</w:t>
      </w:r>
      <w:r w:rsidR="00B6653E" w:rsidRPr="007527F3">
        <w:rPr>
          <w:rFonts w:ascii="TH Sarabun New" w:hAnsi="TH Sarabun New" w:cs="TH Sarabun New"/>
          <w:b/>
          <w:bCs/>
          <w:sz w:val="32"/>
          <w:szCs w:val="32"/>
          <w:lang w:bidi="th-TH"/>
        </w:rPr>
        <w:t xml:space="preserve">My design: </w:t>
      </w:r>
      <w:r w:rsidR="00B6653E" w:rsidRPr="007527F3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ศูนย์สภาวะทิ้งตัวบนทุ่งลาเวนเดอร์</w:t>
      </w:r>
      <w:r w:rsidR="00B6653E" w:rsidRPr="007527F3">
        <w:rPr>
          <w:rFonts w:ascii="TH Sarabun New" w:hAnsi="TH Sarabun New" w:cs="TH Sarabun New" w:hint="eastAsia"/>
          <w:b/>
          <w:bCs/>
          <w:sz w:val="32"/>
          <w:szCs w:val="32"/>
          <w:cs/>
          <w:lang w:bidi="th-TH"/>
        </w:rPr>
        <w:t>”</w:t>
      </w:r>
    </w:p>
    <w:p w14:paraId="6EE5FAB2" w14:textId="77777777" w:rsidR="001817A5" w:rsidRPr="001817A5" w:rsidRDefault="001817A5" w:rsidP="007527F3">
      <w:pPr>
        <w:numPr>
          <w:ilvl w:val="0"/>
          <w:numId w:val="16"/>
        </w:num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1817A5">
        <w:rPr>
          <w:rFonts w:ascii="TH Sarabun New" w:hAnsi="TH Sarabun New" w:cs="TH Sarabun New"/>
          <w:sz w:val="32"/>
          <w:szCs w:val="32"/>
          <w:cs/>
          <w:lang w:bidi="th-TH"/>
        </w:rPr>
        <w:t>ความรู้และความเข้าใจเรื่องรูปเรขาคณิต (</w:t>
      </w:r>
      <w:r w:rsidRPr="001817A5">
        <w:rPr>
          <w:rFonts w:ascii="TH Sarabun New" w:hAnsi="TH Sarabun New" w:cs="TH Sarabun New"/>
          <w:sz w:val="32"/>
          <w:szCs w:val="32"/>
          <w:lang w:bidi="th-TH"/>
        </w:rPr>
        <w:t>Geometric Knowledge)</w:t>
      </w:r>
    </w:p>
    <w:p w14:paraId="07CF7AAD" w14:textId="77777777" w:rsidR="001817A5" w:rsidRPr="001817A5" w:rsidRDefault="001817A5" w:rsidP="001817A5">
      <w:pPr>
        <w:numPr>
          <w:ilvl w:val="0"/>
          <w:numId w:val="16"/>
        </w:num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1817A5">
        <w:rPr>
          <w:rFonts w:ascii="TH Sarabun New" w:hAnsi="TH Sarabun New" w:cs="TH Sarabun New"/>
          <w:sz w:val="32"/>
          <w:szCs w:val="32"/>
          <w:cs/>
          <w:lang w:bidi="th-TH"/>
        </w:rPr>
        <w:t>การประยุกต์ความรู้ทางเรขาคณิตในการออกแบบเชิงวิศวกรรม</w:t>
      </w:r>
    </w:p>
    <w:p w14:paraId="3DA1E3A3" w14:textId="77777777" w:rsidR="001817A5" w:rsidRPr="001817A5" w:rsidRDefault="001817A5" w:rsidP="001817A5">
      <w:pPr>
        <w:numPr>
          <w:ilvl w:val="0"/>
          <w:numId w:val="16"/>
        </w:num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1817A5">
        <w:rPr>
          <w:rFonts w:ascii="TH Sarabun New" w:hAnsi="TH Sarabun New" w:cs="TH Sarabun New"/>
          <w:sz w:val="32"/>
          <w:szCs w:val="32"/>
          <w:cs/>
          <w:lang w:bidi="th-TH"/>
        </w:rPr>
        <w:t>การคำนึงถึงความปลอดภัยและความแข็งแรงของโครงสร้าง</w:t>
      </w:r>
    </w:p>
    <w:p w14:paraId="06A6C52D" w14:textId="77777777" w:rsidR="001817A5" w:rsidRPr="001817A5" w:rsidRDefault="001817A5" w:rsidP="001817A5">
      <w:pPr>
        <w:numPr>
          <w:ilvl w:val="0"/>
          <w:numId w:val="16"/>
        </w:num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1817A5">
        <w:rPr>
          <w:rFonts w:ascii="TH Sarabun New" w:hAnsi="TH Sarabun New" w:cs="TH Sarabun New"/>
          <w:sz w:val="32"/>
          <w:szCs w:val="32"/>
          <w:cs/>
          <w:lang w:bidi="th-TH"/>
        </w:rPr>
        <w:t>การให้เหตุผลและอธิบายการเลือกใช้รูปเรขาคณิต</w:t>
      </w:r>
    </w:p>
    <w:p w14:paraId="5D642585" w14:textId="7114B04B" w:rsidR="00D536B1" w:rsidRPr="00D536B1" w:rsidRDefault="00D536B1" w:rsidP="00D536B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</w:pPr>
      <w:r w:rsidRPr="00D536B1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เกณฑ์การประเมิน</w:t>
      </w:r>
      <w:r w:rsidRPr="00D536B1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(</w:t>
      </w:r>
      <w:r w:rsidRPr="00D536B1">
        <w:rPr>
          <w:rFonts w:ascii="TH Sarabun New" w:hAnsi="TH Sarabun New" w:cs="TH Sarabun New"/>
          <w:b/>
          <w:bCs/>
          <w:sz w:val="32"/>
          <w:szCs w:val="32"/>
          <w:lang w:bidi="th-TH"/>
        </w:rPr>
        <w:t>Assessment Criteria)</w:t>
      </w:r>
      <w:r w:rsidR="007527F3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 xml:space="preserve"> </w:t>
      </w:r>
      <w:r w:rsidR="007527F3" w:rsidRPr="007527F3">
        <w:rPr>
          <w:rFonts w:ascii="TH Sarabun New" w:hAnsi="TH Sarabun New" w:cs="TH Sarabun New" w:hint="cs"/>
          <w:sz w:val="32"/>
          <w:szCs w:val="32"/>
          <w:cs/>
          <w:lang w:bidi="th-TH"/>
        </w:rPr>
        <w:t>(</w:t>
      </w:r>
      <w:r w:rsidRPr="007527F3">
        <w:rPr>
          <w:rFonts w:ascii="TH Sarabun New" w:hAnsi="TH Sarabun New" w:cs="TH Sarabun New" w:hint="cs"/>
          <w:sz w:val="32"/>
          <w:szCs w:val="32"/>
          <w:cs/>
          <w:lang w:bidi="th-TH"/>
        </w:rPr>
        <w:t>ตัวชี้วัดพฤติกรรม</w:t>
      </w:r>
      <w:r w:rsidR="007527F3" w:rsidRPr="007527F3">
        <w:rPr>
          <w:rFonts w:ascii="TH Sarabun New" w:hAnsi="TH Sarabun New" w:cs="TH Sarabun New" w:hint="cs"/>
          <w:sz w:val="32"/>
          <w:szCs w:val="32"/>
          <w:cs/>
          <w:lang w:bidi="th-TH"/>
        </w:rPr>
        <w:t>)</w:t>
      </w:r>
    </w:p>
    <w:p w14:paraId="66003781" w14:textId="77777777" w:rsidR="00D536B1" w:rsidRPr="00D536B1" w:rsidRDefault="00D536B1" w:rsidP="00D536B1">
      <w:p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D536B1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ความรู้รูปเรขาคณิต</w:t>
      </w:r>
      <w:r w:rsidRPr="00D536B1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ระบุชนิดของรูปเรขาคณิตได้ถูกต้อง</w:t>
      </w:r>
      <w:r w:rsidRPr="00D536B1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เข้าใจสมบัติ</w:t>
      </w:r>
      <w:r w:rsidRPr="00D536B1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เช่น</w:t>
      </w:r>
      <w:r w:rsidRPr="00D536B1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ด้าน</w:t>
      </w:r>
      <w:r w:rsidRPr="00D536B1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มุม</w:t>
      </w:r>
      <w:r w:rsidRPr="00D536B1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พื้นที่</w:t>
      </w:r>
      <w:r w:rsidRPr="00D536B1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ความแข็งแรง</w:t>
      </w:r>
    </w:p>
    <w:p w14:paraId="315E480D" w14:textId="77777777" w:rsidR="00D536B1" w:rsidRPr="00D536B1" w:rsidRDefault="00D536B1" w:rsidP="00D536B1">
      <w:p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D536B1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การเลือกใช้รูปเรขาคณิต</w:t>
      </w:r>
      <w:r w:rsidRPr="00D536B1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เลือกรูปเรขาคณิตเหมาะสมกับอุปกรณ์สนามเด็กเล่นและพื้นที่</w:t>
      </w:r>
    </w:p>
    <w:p w14:paraId="08FEDBB0" w14:textId="33783DCE" w:rsidR="00D536B1" w:rsidRPr="00D536B1" w:rsidRDefault="00D536B1" w:rsidP="00D536B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D536B1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ความปลอดภัย</w:t>
      </w:r>
      <w:r w:rsidRPr="00D536B1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</w:r>
      <w:r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ออกแบบโดยลดความเสี่ยง</w:t>
      </w:r>
      <w:r w:rsidRPr="00D536B1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มุมไม่แหลม</w:t>
      </w:r>
      <w:r w:rsidRPr="00D536B1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มีความมั่นคง</w:t>
      </w:r>
    </w:p>
    <w:p w14:paraId="343EB4EC" w14:textId="26E7DF47" w:rsidR="00D536B1" w:rsidRPr="00D536B1" w:rsidRDefault="00D536B1" w:rsidP="00D536B1">
      <w:pPr>
        <w:spacing w:after="0" w:line="240" w:lineRule="auto"/>
        <w:rPr>
          <w:rFonts w:ascii="TH Sarabun New" w:hAnsi="TH Sarabun New" w:cs="TH Sarabun New"/>
          <w:sz w:val="32"/>
          <w:szCs w:val="32"/>
          <w:lang w:bidi="th-TH"/>
        </w:rPr>
      </w:pPr>
      <w:r w:rsidRPr="00D536B1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ความแข็งแรง</w:t>
      </w:r>
      <w:r w:rsidRPr="00D536B1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โครงสร้างมีความมั่นคง</w:t>
      </w:r>
      <w:r w:rsidRPr="00D536B1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ใช้รูปเรขาคณิตที่ช่วยกระจายน้ำหนัก</w:t>
      </w:r>
    </w:p>
    <w:p w14:paraId="77DECD9A" w14:textId="64AF8E3C" w:rsidR="001817A5" w:rsidRDefault="00D536B1" w:rsidP="00D536B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D536B1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การอธิบายเหตุผล</w:t>
      </w:r>
      <w:r w:rsidRPr="00D536B1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</w:r>
      <w:r w:rsidRPr="00D536B1">
        <w:rPr>
          <w:rFonts w:ascii="TH Sarabun New" w:hAnsi="TH Sarabun New" w:cs="TH Sarabun New" w:hint="cs"/>
          <w:sz w:val="32"/>
          <w:szCs w:val="32"/>
          <w:cs/>
          <w:lang w:bidi="th-TH"/>
        </w:rPr>
        <w:t>อธิบายได้ว่าทำไมจึงเลือกใช้รูปเรขาคณิตนั้น</w:t>
      </w:r>
    </w:p>
    <w:p w14:paraId="6231AE01" w14:textId="77777777" w:rsidR="00D536B1" w:rsidRDefault="00D536B1" w:rsidP="00D536B1">
      <w:pPr>
        <w:spacing w:after="0" w:line="240" w:lineRule="auto"/>
        <w:outlineLvl w:val="1"/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</w:pPr>
      <w:r w:rsidRPr="00D536B1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t xml:space="preserve">รูบริกการประเมิน </w:t>
      </w:r>
      <w:r w:rsidRPr="00B6653E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(</w:t>
      </w:r>
      <w:r w:rsidRPr="00B6653E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Rubric </w:t>
      </w:r>
      <w:r w:rsidRPr="00B6653E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 xml:space="preserve">แบบ </w:t>
      </w:r>
      <w:r w:rsidRPr="00B6653E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Analytic Rubric : 4 </w:t>
      </w:r>
      <w:r w:rsidRPr="00B6653E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ระดับ)</w:t>
      </w:r>
    </w:p>
    <w:p w14:paraId="43524DD9" w14:textId="5D8E2089" w:rsidR="00D536B1" w:rsidRDefault="00D536B1" w:rsidP="00102175">
      <w:pPr>
        <w:spacing w:after="0" w:line="240" w:lineRule="auto"/>
        <w:outlineLvl w:val="1"/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</w:pPr>
      <w:r w:rsidRPr="00D536B1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lastRenderedPageBreak/>
        <w:t>ระดับคุณภาพ</w:t>
      </w:r>
      <w:r w:rsidR="00102175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ab/>
      </w:r>
      <w:r w:rsidRPr="00D536B1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4 = </w:t>
      </w:r>
      <w:r w:rsidRPr="00D536B1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ดีเยี่ยม</w:t>
      </w:r>
      <w:r w:rsidR="00102175" w:rsidRPr="00102175">
        <w:rPr>
          <w:rFonts w:ascii="TH Sarabun New" w:eastAsia="Times New Roman" w:hAnsi="TH Sarabun New" w:cs="TH Sarabun New"/>
          <w:sz w:val="32"/>
          <w:szCs w:val="32"/>
          <w:lang w:bidi="th-TH"/>
        </w:rPr>
        <w:tab/>
      </w:r>
      <w:r w:rsidRPr="00D536B1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3 = </w:t>
      </w:r>
      <w:r w:rsidRPr="00D536B1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ดี</w:t>
      </w:r>
      <w:r w:rsidR="00102175" w:rsidRPr="00102175">
        <w:rPr>
          <w:rFonts w:ascii="TH Sarabun New" w:eastAsia="Times New Roman" w:hAnsi="TH Sarabun New" w:cs="TH Sarabun New"/>
          <w:sz w:val="32"/>
          <w:szCs w:val="32"/>
          <w:lang w:bidi="th-TH"/>
        </w:rPr>
        <w:tab/>
      </w:r>
      <w:r w:rsidRPr="00D536B1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2 = </w:t>
      </w:r>
      <w:r w:rsidRPr="00D536B1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พอใช้</w:t>
      </w:r>
      <w:r w:rsidR="00102175" w:rsidRPr="00102175">
        <w:rPr>
          <w:rFonts w:ascii="TH Sarabun New" w:eastAsia="Times New Roman" w:hAnsi="TH Sarabun New" w:cs="TH Sarabun New"/>
          <w:sz w:val="32"/>
          <w:szCs w:val="32"/>
          <w:lang w:bidi="th-TH"/>
        </w:rPr>
        <w:tab/>
      </w:r>
      <w:r w:rsidRPr="00D536B1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1 = </w:t>
      </w:r>
      <w:r w:rsidRPr="00D536B1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ควรปรับปรุง</w:t>
      </w:r>
    </w:p>
    <w:p w14:paraId="3CDC539F" w14:textId="6B5CFC88" w:rsidR="001B71A8" w:rsidRPr="001B71A8" w:rsidRDefault="001B71A8" w:rsidP="001B71A8">
      <w:pPr>
        <w:spacing w:after="0" w:line="240" w:lineRule="auto"/>
        <w:outlineLvl w:val="1"/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  <w:lang w:bidi="th-TH"/>
        </w:rPr>
        <w:t>การ</w:t>
      </w:r>
      <w:r w:rsidRPr="001B71A8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t>ให้คะแนน (</w:t>
      </w:r>
      <w:r w:rsidRPr="001B71A8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>Scoring)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  <w:lang w:bidi="th-TH"/>
        </w:rPr>
        <w:t xml:space="preserve"> </w:t>
      </w:r>
      <w:r w:rsidRPr="001B71A8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t>คะแนนรวมเต็ม</w:t>
      </w:r>
      <w:r w:rsidRPr="001B71A8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 xml:space="preserve"> </w:t>
      </w:r>
      <w:r w:rsidR="00B71EC8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>40</w:t>
      </w:r>
      <w:r w:rsidRPr="001B71A8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 xml:space="preserve"> </w:t>
      </w:r>
      <w:r w:rsidRPr="001B71A8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t>คะแนน</w:t>
      </w:r>
    </w:p>
    <w:p w14:paraId="6B80D92B" w14:textId="6A03BDD7" w:rsidR="001B71A8" w:rsidRPr="001B71A8" w:rsidRDefault="001B71A8" w:rsidP="001B71A8">
      <w:pPr>
        <w:spacing w:after="0" w:line="240" w:lineRule="auto"/>
        <w:ind w:left="720"/>
        <w:outlineLvl w:val="1"/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</w:pPr>
      <w:r w:rsidRPr="001B71A8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t xml:space="preserve">การแปลผล </w:t>
      </w:r>
    </w:p>
    <w:p w14:paraId="429E6732" w14:textId="2D26D0EF" w:rsidR="001B71A8" w:rsidRPr="00227572" w:rsidRDefault="00B71EC8" w:rsidP="00227572">
      <w:pPr>
        <w:spacing w:after="0" w:line="240" w:lineRule="auto"/>
        <w:ind w:left="1440"/>
        <w:outlineLvl w:val="1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>
        <w:rPr>
          <w:rFonts w:ascii="TH Sarabun New" w:eastAsia="Times New Roman" w:hAnsi="TH Sarabun New" w:cs="TH Sarabun New"/>
          <w:sz w:val="32"/>
          <w:szCs w:val="32"/>
          <w:lang w:bidi="th-TH"/>
        </w:rPr>
        <w:t>33-40</w:t>
      </w:r>
      <w:r w:rsidR="001B71A8" w:rsidRPr="001B71A8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="007527F3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 </w:t>
      </w:r>
      <w:r w:rsidR="001B71A8" w:rsidRPr="001B71A8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= </w:t>
      </w:r>
      <w:r w:rsidR="001B71A8" w:rsidRPr="001B71A8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ผ่านระดับดีเยี่ยม</w:t>
      </w:r>
      <w:r w:rsidR="00227572">
        <w:rPr>
          <w:rFonts w:ascii="TH Sarabun New" w:eastAsia="Times New Roman" w:hAnsi="TH Sarabun New" w:cs="TH Sarabun New"/>
          <w:sz w:val="32"/>
          <w:szCs w:val="32"/>
          <w:lang w:bidi="th-TH"/>
        </w:rPr>
        <w:tab/>
      </w:r>
      <w:r w:rsidR="00227572">
        <w:rPr>
          <w:rFonts w:ascii="TH Sarabun New" w:eastAsia="Times New Roman" w:hAnsi="TH Sarabun New" w:cs="TH Sarabun New"/>
          <w:sz w:val="32"/>
          <w:szCs w:val="32"/>
          <w:lang w:bidi="th-TH"/>
        </w:rPr>
        <w:tab/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>29-32</w:t>
      </w:r>
      <w:r w:rsidR="001B71A8" w:rsidRPr="00227572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="007527F3" w:rsidRPr="00227572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 </w:t>
      </w:r>
      <w:r w:rsidR="001B71A8" w:rsidRPr="00227572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= </w:t>
      </w:r>
      <w:r w:rsidR="001B71A8" w:rsidRPr="00227572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ผ่านระดับดี</w:t>
      </w:r>
    </w:p>
    <w:p w14:paraId="4AE88A99" w14:textId="78E5916B" w:rsidR="00227572" w:rsidRDefault="00B71EC8" w:rsidP="00227572">
      <w:pPr>
        <w:spacing w:after="0" w:line="240" w:lineRule="auto"/>
        <w:ind w:left="1440"/>
        <w:outlineLvl w:val="1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>
        <w:rPr>
          <w:rFonts w:ascii="TH Sarabun New" w:eastAsia="Times New Roman" w:hAnsi="TH Sarabun New" w:cs="TH Sarabun New"/>
          <w:sz w:val="32"/>
          <w:szCs w:val="32"/>
          <w:lang w:bidi="th-TH"/>
        </w:rPr>
        <w:t>24-28</w:t>
      </w:r>
      <w:r w:rsidR="001B71A8" w:rsidRPr="001B71A8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="007527F3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 </w:t>
      </w:r>
      <w:r w:rsidR="001B71A8" w:rsidRPr="001B71A8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= </w:t>
      </w:r>
      <w:r w:rsidR="001B71A8" w:rsidRPr="001B71A8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ผ่านระดับพอใช้</w:t>
      </w:r>
      <w:r w:rsidR="00227572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ab/>
      </w:r>
      <w:r w:rsidR="00227572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ab/>
      </w:r>
      <w:r w:rsidR="001B71A8" w:rsidRPr="00227572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 xml:space="preserve">ต่ำกว่า 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>24</w:t>
      </w:r>
      <w:r w:rsidR="001B71A8" w:rsidRPr="00227572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="007527F3" w:rsidRPr="00227572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="001B71A8" w:rsidRPr="00227572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= </w:t>
      </w:r>
      <w:r w:rsidR="001B71A8" w:rsidRPr="00227572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ควรปรับปรุง</w:t>
      </w:r>
    </w:p>
    <w:p w14:paraId="5E9802FD" w14:textId="77777777" w:rsidR="00227572" w:rsidRPr="00227572" w:rsidRDefault="00227572" w:rsidP="00227572">
      <w:pPr>
        <w:spacing w:after="0" w:line="240" w:lineRule="auto"/>
        <w:ind w:left="1440"/>
        <w:outlineLvl w:val="1"/>
        <w:rPr>
          <w:rFonts w:ascii="TH Sarabun New" w:eastAsia="Times New Roman" w:hAnsi="TH Sarabun New" w:cs="TH Sarabun New"/>
          <w:sz w:val="32"/>
          <w:szCs w:val="32"/>
          <w:lang w:bidi="th-TH"/>
        </w:rPr>
      </w:pPr>
    </w:p>
    <w:p w14:paraId="227F5DF2" w14:textId="77777777" w:rsidR="00102175" w:rsidRDefault="00102175" w:rsidP="00102175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sz w:val="27"/>
          <w:szCs w:val="27"/>
          <w:lang w:bidi="th-TH"/>
        </w:rPr>
      </w:pPr>
      <w:r w:rsidRPr="00102175">
        <w:rPr>
          <w:rFonts w:ascii="Tahoma" w:eastAsia="Times New Roman" w:hAnsi="Tahoma" w:cs="Tahoma"/>
          <w:b/>
          <w:bCs/>
          <w:sz w:val="27"/>
          <w:szCs w:val="27"/>
          <w:cs/>
          <w:lang w:bidi="th-TH"/>
        </w:rPr>
        <w:t>รูบริก : การประยุกต์รูปเรขาคณิตในการออกแบบสนามเด็กเล่น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726"/>
        <w:gridCol w:w="1726"/>
        <w:gridCol w:w="1726"/>
        <w:gridCol w:w="1726"/>
        <w:gridCol w:w="1726"/>
      </w:tblGrid>
      <w:tr w:rsidR="00B46F6C" w14:paraId="26935300" w14:textId="77777777" w:rsidTr="00936D55">
        <w:trPr>
          <w:tblHeader/>
        </w:trPr>
        <w:tc>
          <w:tcPr>
            <w:tcW w:w="1726" w:type="dxa"/>
            <w:vAlign w:val="center"/>
          </w:tcPr>
          <w:p w14:paraId="13760455" w14:textId="0482A407" w:rsidR="00B46F6C" w:rsidRDefault="00B46F6C" w:rsidP="00B46F6C">
            <w:pPr>
              <w:spacing w:before="100" w:beforeAutospacing="1" w:after="100" w:afterAutospacing="1"/>
              <w:jc w:val="center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  <w:lang w:bidi="th-TH"/>
              </w:rPr>
              <w:t>ประเด็นการ</w:t>
            </w:r>
            <w:r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>ประเมิน</w:t>
            </w:r>
          </w:p>
        </w:tc>
        <w:tc>
          <w:tcPr>
            <w:tcW w:w="1726" w:type="dxa"/>
            <w:vAlign w:val="center"/>
          </w:tcPr>
          <w:p w14:paraId="3190FA16" w14:textId="59814357" w:rsidR="00B46F6C" w:rsidRDefault="00B46F6C" w:rsidP="00B46F6C">
            <w:pPr>
              <w:spacing w:before="100" w:beforeAutospacing="1" w:after="100" w:afterAutospacing="1"/>
              <w:jc w:val="center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4 </w:t>
            </w:r>
            <w:r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>ดีเยี่ยม</w:t>
            </w:r>
          </w:p>
        </w:tc>
        <w:tc>
          <w:tcPr>
            <w:tcW w:w="1726" w:type="dxa"/>
            <w:vAlign w:val="center"/>
          </w:tcPr>
          <w:p w14:paraId="21D6E33A" w14:textId="7CCFFD39" w:rsidR="00B46F6C" w:rsidRDefault="00B46F6C" w:rsidP="00B46F6C">
            <w:pPr>
              <w:spacing w:before="100" w:beforeAutospacing="1" w:after="100" w:afterAutospacing="1"/>
              <w:jc w:val="center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3 </w:t>
            </w:r>
            <w:r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>ดี</w:t>
            </w:r>
          </w:p>
        </w:tc>
        <w:tc>
          <w:tcPr>
            <w:tcW w:w="1726" w:type="dxa"/>
            <w:vAlign w:val="center"/>
          </w:tcPr>
          <w:p w14:paraId="4BD7FB9D" w14:textId="71486969" w:rsidR="00B46F6C" w:rsidRDefault="00B46F6C" w:rsidP="00B46F6C">
            <w:pPr>
              <w:spacing w:before="100" w:beforeAutospacing="1" w:after="100" w:afterAutospacing="1"/>
              <w:jc w:val="center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2 </w:t>
            </w:r>
            <w:r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>พอใช้</w:t>
            </w:r>
          </w:p>
        </w:tc>
        <w:tc>
          <w:tcPr>
            <w:tcW w:w="1726" w:type="dxa"/>
            <w:vAlign w:val="center"/>
          </w:tcPr>
          <w:p w14:paraId="37DCA42E" w14:textId="7564D56D" w:rsidR="00B46F6C" w:rsidRDefault="00B46F6C" w:rsidP="00B46F6C">
            <w:pPr>
              <w:spacing w:before="100" w:beforeAutospacing="1" w:after="100" w:afterAutospacing="1"/>
              <w:jc w:val="center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1 </w:t>
            </w:r>
            <w:r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>ควรปรับปรุง</w:t>
            </w:r>
          </w:p>
        </w:tc>
      </w:tr>
      <w:tr w:rsidR="00B46F6C" w14:paraId="414480EA" w14:textId="77777777" w:rsidTr="00D53893">
        <w:tc>
          <w:tcPr>
            <w:tcW w:w="1726" w:type="dxa"/>
            <w:vAlign w:val="center"/>
          </w:tcPr>
          <w:p w14:paraId="1EFE5AE2" w14:textId="318FDAB6" w:rsidR="00B46F6C" w:rsidRDefault="00B46F6C" w:rsidP="00B46F6C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1. </w:t>
            </w:r>
            <w:r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>ความรู้รูปเรขาคณิต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 xml:space="preserve"> (</w:t>
            </w:r>
            <w:r w:rsidRPr="00B46F6C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นักเรียนใช้สมบัติของเส้นตรง</w:t>
            </w:r>
            <w:r w:rsidRPr="00B46F6C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 xml:space="preserve"> </w:t>
            </w:r>
            <w:r w:rsidRPr="00B46F6C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มุม</w:t>
            </w:r>
            <w:r w:rsidRPr="00B46F6C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 xml:space="preserve"> </w:t>
            </w:r>
            <w:r w:rsidRPr="00B46F6C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และรูปเรขาคณิตสองมิติในการแก้ปัญหาในชีวิตประจำวัน</w:t>
            </w:r>
            <w:r w:rsidRPr="00B46F6C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 xml:space="preserve"> (</w:t>
            </w:r>
            <w:r w:rsidRPr="00B46F6C">
              <w:rPr>
                <w:rFonts w:ascii="TH Sarabun New" w:eastAsia="Times New Roman" w:hAnsi="TH Sarabun New" w:cs="TH Sarabun New"/>
                <w:sz w:val="24"/>
                <w:szCs w:val="24"/>
              </w:rPr>
              <w:t>K</w:t>
            </w:r>
            <w:r w:rsidR="005E4FDA" w:rsidRPr="005E4FDA">
              <w:rPr>
                <w:rFonts w:ascii="TH Sarabun New" w:eastAsia="Times New Roman" w:hAnsi="TH Sarabun New" w:cs="TH Sarabun New"/>
                <w:sz w:val="24"/>
                <w:szCs w:val="24"/>
                <w:vertAlign w:val="subscript"/>
              </w:rPr>
              <w:t>1</w:t>
            </w:r>
            <w:r w:rsidRPr="00B46F6C">
              <w:rPr>
                <w:rFonts w:ascii="TH Sarabun New" w:eastAsia="Times New Roman" w:hAnsi="TH Sarabun New" w:cs="TH Sarabun New"/>
                <w:sz w:val="24"/>
                <w:szCs w:val="24"/>
              </w:rPr>
              <w:t>)</w:t>
            </w:r>
            <w:r w:rsidR="005E4FDA">
              <w:rPr>
                <w:rFonts w:ascii="TH Sarabun New" w:eastAsia="Times New Roman" w:hAnsi="TH Sarabun New" w:cs="TH Sarabun New"/>
                <w:sz w:val="24"/>
                <w:szCs w:val="24"/>
              </w:rPr>
              <w:t>)</w:t>
            </w:r>
            <w:r w:rsidR="00DD4333"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  <w:t xml:space="preserve"> </w:t>
            </w:r>
            <w:r w:rsidR="00DD4333" w:rsidRP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(STEM : M)</w:t>
            </w:r>
          </w:p>
        </w:tc>
        <w:tc>
          <w:tcPr>
            <w:tcW w:w="1726" w:type="dxa"/>
            <w:vAlign w:val="center"/>
          </w:tcPr>
          <w:p w14:paraId="1EF14CCC" w14:textId="596EE3A2" w:rsidR="00B46F6C" w:rsidRDefault="00B46F6C" w:rsidP="00B46F6C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ระบุและใช้รูปเรขาคณิตได้หลากหลาย ถูกต้องครบถ้วน พร้อมอธิบายสมบัติได้ชัดเจน</w:t>
            </w:r>
          </w:p>
        </w:tc>
        <w:tc>
          <w:tcPr>
            <w:tcW w:w="1726" w:type="dxa"/>
            <w:vAlign w:val="center"/>
          </w:tcPr>
          <w:p w14:paraId="2A1BE688" w14:textId="0E1F9080" w:rsidR="00B46F6C" w:rsidRDefault="00B46F6C" w:rsidP="00B46F6C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ใช้รูปเรขาคณิตถูกต้องเป็นส่วนใหญ่ อธิบายสมบัติได้บางส่วน</w:t>
            </w:r>
          </w:p>
        </w:tc>
        <w:tc>
          <w:tcPr>
            <w:tcW w:w="1726" w:type="dxa"/>
            <w:vAlign w:val="center"/>
          </w:tcPr>
          <w:p w14:paraId="0B67C0A2" w14:textId="6BF73F63" w:rsidR="00B46F6C" w:rsidRDefault="00B46F6C" w:rsidP="00B46F6C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ระบุรูปเรขาคณิตได้บางชนิด แต่ยังเข้าใจสมบัติไม่ชัดเจน</w:t>
            </w:r>
          </w:p>
        </w:tc>
        <w:tc>
          <w:tcPr>
            <w:tcW w:w="1726" w:type="dxa"/>
            <w:vAlign w:val="center"/>
          </w:tcPr>
          <w:p w14:paraId="2655B66F" w14:textId="07479E59" w:rsidR="00B46F6C" w:rsidRDefault="00B46F6C" w:rsidP="00B46F6C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ระบุรูปเรขาคณิตไม่ถูกต้อง หรือสับสน</w:t>
            </w:r>
          </w:p>
        </w:tc>
      </w:tr>
      <w:tr w:rsidR="00483308" w14:paraId="0C94340D" w14:textId="77777777" w:rsidTr="00D53893">
        <w:tc>
          <w:tcPr>
            <w:tcW w:w="1726" w:type="dxa"/>
            <w:vAlign w:val="center"/>
          </w:tcPr>
          <w:p w14:paraId="67EFC0DA" w14:textId="77777777" w:rsidR="00483308" w:rsidRDefault="00483308" w:rsidP="00483308">
            <w:pPr>
              <w:pStyle w:val="ae"/>
              <w:numPr>
                <w:ilvl w:val="0"/>
                <w:numId w:val="19"/>
              </w:numPr>
              <w:tabs>
                <w:tab w:val="left" w:pos="218"/>
              </w:tabs>
              <w:spacing w:before="100" w:beforeAutospacing="1" w:after="100" w:afterAutospacing="1"/>
              <w:ind w:left="28" w:firstLine="0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</w:pPr>
            <w:r w:rsidRPr="00483308"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  <w:lang w:bidi="th-TH"/>
              </w:rPr>
              <w:t>สามารถอธิบายและ คำนวณ</w:t>
            </w:r>
            <w:r w:rsidRPr="00483308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 xml:space="preserve"> เรื่อง มุม เส้นตรงและรูปเรขาคณิตได้</w:t>
            </w:r>
            <w:r w:rsidR="005E4FDA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 xml:space="preserve"> </w:t>
            </w:r>
            <w:r w:rsidR="005E4FDA" w:rsidRPr="005E4FDA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(</w:t>
            </w:r>
            <w:r w:rsidR="005E4FDA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K</w:t>
            </w:r>
            <w:r w:rsidR="005E4FDA" w:rsidRPr="005E4FDA">
              <w:rPr>
                <w:rFonts w:ascii="TH Sarabun New" w:eastAsia="Times New Roman" w:hAnsi="TH Sarabun New" w:cs="TH Sarabun New"/>
                <w:sz w:val="24"/>
                <w:szCs w:val="24"/>
                <w:vertAlign w:val="subscript"/>
                <w:lang w:bidi="th-TH"/>
              </w:rPr>
              <w:t>2</w:t>
            </w:r>
            <w:r w:rsidR="005E4FDA" w:rsidRPr="005E4FDA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)</w:t>
            </w:r>
          </w:p>
          <w:p w14:paraId="11CDCF9D" w14:textId="73C64B1A" w:rsidR="00DD4333" w:rsidRPr="00483308" w:rsidRDefault="00DD4333" w:rsidP="00DD4333">
            <w:pPr>
              <w:pStyle w:val="ae"/>
              <w:tabs>
                <w:tab w:val="left" w:pos="218"/>
              </w:tabs>
              <w:spacing w:before="100" w:beforeAutospacing="1" w:after="100" w:afterAutospacing="1"/>
              <w:ind w:left="28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</w:pPr>
            <w:r w:rsidRP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(STEM : M)</w:t>
            </w:r>
          </w:p>
        </w:tc>
        <w:tc>
          <w:tcPr>
            <w:tcW w:w="1726" w:type="dxa"/>
            <w:vAlign w:val="center"/>
          </w:tcPr>
          <w:p w14:paraId="1FA2862A" w14:textId="7F3C0AE9" w:rsidR="00483308" w:rsidRPr="00102175" w:rsidRDefault="00C444FF" w:rsidP="00B46F6C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สามารถอธิบายและคำนวณปริมาณที่เกี่ยวข้องกับเรื่อง</w:t>
            </w: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มุม</w:t>
            </w:r>
            <w:r w:rsidRPr="00C444FF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 xml:space="preserve"> </w:t>
            </w: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เส้นตรงและรูปเรขาคณิต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ในแบบทดสอบ</w:t>
            </w: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ได้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 xml:space="preserve">ถูกต้อง 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 xml:space="preserve">8 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ข้อขึ้นไป</w:t>
            </w:r>
          </w:p>
        </w:tc>
        <w:tc>
          <w:tcPr>
            <w:tcW w:w="1726" w:type="dxa"/>
            <w:vAlign w:val="center"/>
          </w:tcPr>
          <w:p w14:paraId="3901C1B7" w14:textId="58B74CEF" w:rsidR="00483308" w:rsidRPr="00102175" w:rsidRDefault="00C444FF" w:rsidP="00B46F6C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สามารถอธิบายและคำนวณปริมาณที่เกี่ยวข้องกับเรื่องมุม</w:t>
            </w:r>
            <w:r w:rsidRPr="00C444FF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 xml:space="preserve"> </w:t>
            </w: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 xml:space="preserve">เส้นตรงและรูปเรขาคณิตในแบบทดสอบได้ถูกต้อง 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6-7</w:t>
            </w:r>
            <w:r w:rsidRPr="00C444FF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 xml:space="preserve"> </w:t>
            </w: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ข้อ</w:t>
            </w:r>
          </w:p>
        </w:tc>
        <w:tc>
          <w:tcPr>
            <w:tcW w:w="1726" w:type="dxa"/>
            <w:vAlign w:val="center"/>
          </w:tcPr>
          <w:p w14:paraId="137155C3" w14:textId="6FBB7571" w:rsidR="00483308" w:rsidRPr="00102175" w:rsidRDefault="00C444FF" w:rsidP="00B46F6C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สามารถอธิบายและคำนวณปริมาณที่เกี่ยวข้องกับเรื่องมุม</w:t>
            </w:r>
            <w:r w:rsidRPr="00C444FF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 xml:space="preserve"> </w:t>
            </w: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 xml:space="preserve">เส้นตรงและรูปเรขาคณิตในแบบทดสอบได้ถูกต้อง 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5</w:t>
            </w:r>
            <w:r w:rsidRPr="00C444FF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 xml:space="preserve"> </w:t>
            </w: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ข้อ</w:t>
            </w:r>
          </w:p>
        </w:tc>
        <w:tc>
          <w:tcPr>
            <w:tcW w:w="1726" w:type="dxa"/>
            <w:vAlign w:val="center"/>
          </w:tcPr>
          <w:p w14:paraId="7DF3C9DE" w14:textId="671294AC" w:rsidR="00483308" w:rsidRPr="00102175" w:rsidRDefault="00C444FF" w:rsidP="00B46F6C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สามารถอธิบายและคำนวณปริมาณที่เกี่ยวข้องกับเรื่องมุม</w:t>
            </w:r>
            <w:r w:rsidRPr="00C444FF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 xml:space="preserve"> </w:t>
            </w: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 xml:space="preserve">เส้นตรงและรูปเรขาคณิตในแบบทดสอบได้ถูกต้อง 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 xml:space="preserve">ต่ำกว่า </w:t>
            </w:r>
            <w:r w:rsidRPr="00C444FF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 xml:space="preserve">5 </w:t>
            </w:r>
            <w:r w:rsidRPr="00C444FF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ข้อ</w:t>
            </w:r>
          </w:p>
        </w:tc>
      </w:tr>
      <w:tr w:rsidR="005D42E9" w14:paraId="4FF12DC3" w14:textId="77777777" w:rsidTr="00D53893">
        <w:tc>
          <w:tcPr>
            <w:tcW w:w="1726" w:type="dxa"/>
            <w:vAlign w:val="center"/>
          </w:tcPr>
          <w:p w14:paraId="1E56FCE8" w14:textId="30A3BEE5" w:rsidR="00DD4333" w:rsidRPr="00586E1C" w:rsidRDefault="00483308" w:rsidP="005D42E9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3</w:t>
            </w:r>
            <w:r w:rsidR="005D42E9" w:rsidRPr="00586E1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. </w:t>
            </w:r>
            <w:r w:rsidR="00586E1C" w:rsidRPr="00586E1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>ทักษะการคิดวิเคราะห์</w:t>
            </w:r>
            <w:r w:rsidR="00586E1C" w:rsidRPr="00586E1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: </w:t>
            </w:r>
            <w:r w:rsidR="005D42E9" w:rsidRPr="00586E1C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 xml:space="preserve">การอธิบายและให้เหตุผล </w:t>
            </w:r>
            <w:r w:rsidR="005E4FDA" w:rsidRPr="005E4FDA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(K</w:t>
            </w:r>
            <w:r w:rsidR="005E4FDA" w:rsidRPr="005E4FDA">
              <w:rPr>
                <w:rFonts w:ascii="TH Sarabun New" w:eastAsia="Times New Roman" w:hAnsi="TH Sarabun New" w:cs="TH Sarabun New"/>
                <w:sz w:val="24"/>
                <w:szCs w:val="24"/>
                <w:vertAlign w:val="subscript"/>
                <w:lang w:bidi="th-TH"/>
              </w:rPr>
              <w:t>3</w:t>
            </w:r>
            <w:r w:rsidR="005E4FDA" w:rsidRPr="005E4FDA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)</w:t>
            </w:r>
            <w:r w:rsid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 </w:t>
            </w:r>
            <w:r w:rsidR="00DD4333" w:rsidRP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(STEM : </w:t>
            </w:r>
            <w:r w:rsid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E</w:t>
            </w:r>
            <w:r w:rsidR="00DD4333" w:rsidRP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)</w:t>
            </w:r>
          </w:p>
        </w:tc>
        <w:tc>
          <w:tcPr>
            <w:tcW w:w="1726" w:type="dxa"/>
            <w:vAlign w:val="center"/>
          </w:tcPr>
          <w:p w14:paraId="0A311119" w14:textId="683B0CC7" w:rsidR="005D42E9" w:rsidRPr="00102175" w:rsidRDefault="005D42E9" w:rsidP="005D42E9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อธิบายเหตุผลเชิงเรขาคณิตและวิศวกรรมได้ชัดเจน เป็นระบบ</w:t>
            </w:r>
          </w:p>
        </w:tc>
        <w:tc>
          <w:tcPr>
            <w:tcW w:w="1726" w:type="dxa"/>
            <w:vAlign w:val="center"/>
          </w:tcPr>
          <w:p w14:paraId="1769A422" w14:textId="61C75692" w:rsidR="005D42E9" w:rsidRPr="00586E1C" w:rsidRDefault="00586E1C" w:rsidP="005D42E9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586E1C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อธิบายเหตุผลเชิงเรขาคณิตและวิศวกรรมได้ชัดเจน</w:t>
            </w:r>
            <w:r w:rsidRPr="00586E1C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 xml:space="preserve"> </w:t>
            </w:r>
            <w:r w:rsidRPr="00586E1C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เป็นระบบ</w:t>
            </w:r>
            <w:r w:rsidR="005D42E9" w:rsidRPr="00586E1C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แต่ยังไม่ครบถ้วน</w:t>
            </w:r>
            <w:r w:rsidRPr="00586E1C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ทั้งหมด</w:t>
            </w:r>
          </w:p>
        </w:tc>
        <w:tc>
          <w:tcPr>
            <w:tcW w:w="1726" w:type="dxa"/>
            <w:vAlign w:val="center"/>
          </w:tcPr>
          <w:p w14:paraId="4ACA5ABB" w14:textId="3293B585" w:rsidR="005D42E9" w:rsidRPr="00586E1C" w:rsidRDefault="005D42E9" w:rsidP="005D42E9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586E1C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อธิบายได้สั้น ๆ หรือ</w:t>
            </w:r>
            <w:r w:rsidR="00586E1C" w:rsidRPr="00586E1C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อธิบายได้แต่ยัง</w:t>
            </w:r>
            <w:r w:rsidRPr="00586E1C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ไม่ชัดเจน</w:t>
            </w:r>
            <w:r w:rsidR="00586E1C" w:rsidRPr="00586E1C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หรือไม่ครบถ้วน</w:t>
            </w:r>
          </w:p>
        </w:tc>
        <w:tc>
          <w:tcPr>
            <w:tcW w:w="1726" w:type="dxa"/>
            <w:vAlign w:val="center"/>
          </w:tcPr>
          <w:p w14:paraId="5007A27B" w14:textId="13EC2574" w:rsidR="005D42E9" w:rsidRPr="00586E1C" w:rsidRDefault="005D42E9" w:rsidP="005D42E9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586E1C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ไม่สามารถอธิบายเหตุผลได้</w:t>
            </w:r>
          </w:p>
        </w:tc>
      </w:tr>
      <w:tr w:rsidR="005D42E9" w14:paraId="762ABB70" w14:textId="77777777" w:rsidTr="003463B0">
        <w:tc>
          <w:tcPr>
            <w:tcW w:w="8630" w:type="dxa"/>
            <w:gridSpan w:val="5"/>
            <w:vAlign w:val="center"/>
          </w:tcPr>
          <w:p w14:paraId="28F5BB9A" w14:textId="579C488B" w:rsidR="005D42E9" w:rsidRPr="00B46F6C" w:rsidRDefault="005D42E9" w:rsidP="005D42E9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</w:pPr>
            <w:r w:rsidRPr="00B46F6C"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  <w:lang w:bidi="th-TH"/>
              </w:rPr>
              <w:t>นักเรียนสามารถออกแบบการแก้ปัญหาเรขาคณิตโดยใช้กระบวนการ</w:t>
            </w:r>
            <w:r w:rsidRPr="00B46F6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 w:rsidRPr="00B46F6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STEM (P)</w:t>
            </w: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 </w:t>
            </w:r>
            <w:r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  <w:lang w:bidi="th-TH"/>
              </w:rPr>
              <w:t xml:space="preserve">ข้อ </w:t>
            </w:r>
            <w:r w:rsidR="00B71EC8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4-8</w:t>
            </w:r>
          </w:p>
        </w:tc>
      </w:tr>
      <w:tr w:rsidR="005D42E9" w14:paraId="3FDF7A71" w14:textId="77777777" w:rsidTr="00E32B4D">
        <w:tc>
          <w:tcPr>
            <w:tcW w:w="1726" w:type="dxa"/>
            <w:vAlign w:val="center"/>
          </w:tcPr>
          <w:p w14:paraId="5F8125C4" w14:textId="188C64FA" w:rsidR="005D42E9" w:rsidRDefault="00483308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4</w:t>
            </w:r>
            <w:r w:rsid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. </w:t>
            </w:r>
            <w:r w:rsidR="005D42E9"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>ความเหมาะสมกับพื้นที่</w:t>
            </w:r>
            <w:r w:rsidR="00DD4333"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  <w:t xml:space="preserve"> </w:t>
            </w:r>
            <w:r w:rsidR="00DD4333" w:rsidRP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(STEM : </w:t>
            </w:r>
            <w:r w:rsid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S</w:t>
            </w:r>
            <w:r w:rsidR="00DD4333" w:rsidRP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)</w:t>
            </w:r>
          </w:p>
        </w:tc>
        <w:tc>
          <w:tcPr>
            <w:tcW w:w="1726" w:type="dxa"/>
            <w:vAlign w:val="center"/>
          </w:tcPr>
          <w:p w14:paraId="7892A6F8" w14:textId="00973C62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เลือกรูปเรขาคณิตเหมาะสมกับพื้นที่ ใช้พื้นที่ได้คุ้มค่า ไม่แออัด</w:t>
            </w:r>
          </w:p>
        </w:tc>
        <w:tc>
          <w:tcPr>
            <w:tcW w:w="1726" w:type="dxa"/>
            <w:vAlign w:val="center"/>
          </w:tcPr>
          <w:p w14:paraId="2D1C5EF9" w14:textId="44F42231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เลือกรูปเรขาคณิตค่อนข้างเหมาะสม มีการคำนึงถึงพื้นที่</w:t>
            </w:r>
          </w:p>
        </w:tc>
        <w:tc>
          <w:tcPr>
            <w:tcW w:w="1726" w:type="dxa"/>
            <w:vAlign w:val="center"/>
          </w:tcPr>
          <w:p w14:paraId="34743912" w14:textId="64D07A2E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เลือกรูปเรขาคณิตแต่ยังไม่เหมาะสมกับพื้นที่ทั้งหมด</w:t>
            </w:r>
          </w:p>
        </w:tc>
        <w:tc>
          <w:tcPr>
            <w:tcW w:w="1726" w:type="dxa"/>
            <w:vAlign w:val="center"/>
          </w:tcPr>
          <w:p w14:paraId="69BE2D5F" w14:textId="2CEC2DD9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ไม่คำนึงถึงความเหมาะสมของพื้นที่</w:t>
            </w:r>
          </w:p>
        </w:tc>
      </w:tr>
      <w:tr w:rsidR="005D42E9" w14:paraId="7869167F" w14:textId="77777777" w:rsidTr="00D02804">
        <w:tc>
          <w:tcPr>
            <w:tcW w:w="1726" w:type="dxa"/>
            <w:vAlign w:val="center"/>
          </w:tcPr>
          <w:p w14:paraId="346E7FA8" w14:textId="40BACF1B" w:rsidR="005D42E9" w:rsidRDefault="00483308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5</w:t>
            </w:r>
            <w:r w:rsid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. </w:t>
            </w:r>
            <w:r w:rsidR="005D42E9"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>ความปลอดภัย</w:t>
            </w:r>
            <w:r w:rsidR="00DD4333"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  <w:t xml:space="preserve"> </w:t>
            </w:r>
            <w:r w:rsidR="00DD4333" w:rsidRP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(STEM : S)</w:t>
            </w:r>
          </w:p>
        </w:tc>
        <w:tc>
          <w:tcPr>
            <w:tcW w:w="1726" w:type="dxa"/>
            <w:vAlign w:val="center"/>
          </w:tcPr>
          <w:p w14:paraId="0E242BD2" w14:textId="3683AF90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ออกแบบโดยคำนึงถึงความปลอดภัยสูงสุด ไม่มีมุมแหลม โครงสร้างมั่นคง</w:t>
            </w:r>
          </w:p>
        </w:tc>
        <w:tc>
          <w:tcPr>
            <w:tcW w:w="1726" w:type="dxa"/>
            <w:vAlign w:val="center"/>
          </w:tcPr>
          <w:p w14:paraId="1CB1DE53" w14:textId="74F2FC5A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คำนึงถึงความปลอดภัยเป็นส่วนใหญ่ ยังมีจุดเสี่ยงเล็กน้อย</w:t>
            </w:r>
          </w:p>
        </w:tc>
        <w:tc>
          <w:tcPr>
            <w:tcW w:w="1726" w:type="dxa"/>
            <w:vAlign w:val="center"/>
          </w:tcPr>
          <w:p w14:paraId="6EAAD11E" w14:textId="28C80F1E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คำนึงถึงความปลอดภัยบ้าง แต่ยังมีความเสี่ยงชัดเจน</w:t>
            </w:r>
          </w:p>
        </w:tc>
        <w:tc>
          <w:tcPr>
            <w:tcW w:w="1726" w:type="dxa"/>
            <w:vAlign w:val="center"/>
          </w:tcPr>
          <w:p w14:paraId="2A256A3B" w14:textId="1DF8C6A5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ไม่คำนึงถึงความปลอดภัย</w:t>
            </w:r>
          </w:p>
        </w:tc>
      </w:tr>
      <w:tr w:rsidR="005D42E9" w14:paraId="45A5B756" w14:textId="77777777" w:rsidTr="00790B19">
        <w:tc>
          <w:tcPr>
            <w:tcW w:w="1726" w:type="dxa"/>
            <w:vAlign w:val="center"/>
          </w:tcPr>
          <w:p w14:paraId="362482B6" w14:textId="46AFED95" w:rsidR="005D42E9" w:rsidRDefault="00483308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lastRenderedPageBreak/>
              <w:t>6</w:t>
            </w:r>
            <w:r w:rsid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. </w:t>
            </w:r>
            <w:r w:rsidR="005D42E9" w:rsidRPr="00102175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>ความแข็งแรงของโครงสร้าง</w:t>
            </w:r>
            <w:r w:rsidR="00DD4333"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  <w:t xml:space="preserve"> </w:t>
            </w:r>
            <w:r w:rsidR="00DD4333" w:rsidRP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(STEM : </w:t>
            </w:r>
            <w:r w:rsid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E,</w:t>
            </w:r>
            <w:r w:rsidR="00DD4333" w:rsidRP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S)</w:t>
            </w:r>
          </w:p>
        </w:tc>
        <w:tc>
          <w:tcPr>
            <w:tcW w:w="1726" w:type="dxa"/>
            <w:vAlign w:val="center"/>
          </w:tcPr>
          <w:p w14:paraId="31B74487" w14:textId="6E58D7CF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เลือกใช้รูปเรขาคณิตที่ช่วยเพิ่มความแข็งแรง กระจายน้ำหนักได้ดี</w:t>
            </w:r>
          </w:p>
        </w:tc>
        <w:tc>
          <w:tcPr>
            <w:tcW w:w="1726" w:type="dxa"/>
            <w:vAlign w:val="center"/>
          </w:tcPr>
          <w:p w14:paraId="5ECCC2A9" w14:textId="615BFFE2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โครงสร้างแข็งแรงในระดับหนึ่ง</w:t>
            </w:r>
          </w:p>
        </w:tc>
        <w:tc>
          <w:tcPr>
            <w:tcW w:w="1726" w:type="dxa"/>
            <w:vAlign w:val="center"/>
          </w:tcPr>
          <w:p w14:paraId="7054C281" w14:textId="2174594B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โครงสร้างแข็งแรงไม่สม่ำเสมอ</w:t>
            </w:r>
          </w:p>
        </w:tc>
        <w:tc>
          <w:tcPr>
            <w:tcW w:w="1726" w:type="dxa"/>
            <w:vAlign w:val="center"/>
          </w:tcPr>
          <w:p w14:paraId="7EB6CB64" w14:textId="07926412" w:rsidR="005D42E9" w:rsidRDefault="005D42E9" w:rsidP="005D42E9">
            <w:pPr>
              <w:spacing w:before="100" w:beforeAutospacing="1" w:after="100" w:afterAutospacing="1"/>
              <w:outlineLvl w:val="2"/>
              <w:rPr>
                <w:rFonts w:ascii="Tahoma" w:eastAsia="Times New Roman" w:hAnsi="Tahoma" w:cs="Tahoma"/>
                <w:b/>
                <w:bCs/>
                <w:sz w:val="27"/>
                <w:szCs w:val="27"/>
                <w:lang w:bidi="th-TH"/>
              </w:rPr>
            </w:pPr>
            <w:r w:rsidRPr="00102175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โครงสร้างไม่แข็งแรง</w:t>
            </w:r>
          </w:p>
        </w:tc>
      </w:tr>
      <w:tr w:rsidR="00795726" w14:paraId="4A2670F5" w14:textId="77777777" w:rsidTr="00DC4EA2">
        <w:tc>
          <w:tcPr>
            <w:tcW w:w="1726" w:type="dxa"/>
            <w:vAlign w:val="center"/>
          </w:tcPr>
          <w:p w14:paraId="21D9169B" w14:textId="3157F8B8" w:rsidR="00795726" w:rsidRPr="00795726" w:rsidRDefault="00795726" w:rsidP="00795726">
            <w:pPr>
              <w:pStyle w:val="ae"/>
              <w:spacing w:before="100" w:beforeAutospacing="1" w:after="100" w:afterAutospacing="1"/>
              <w:ind w:left="3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</w:pPr>
          </w:p>
        </w:tc>
        <w:tc>
          <w:tcPr>
            <w:tcW w:w="1726" w:type="dxa"/>
          </w:tcPr>
          <w:p w14:paraId="20450124" w14:textId="0890AD60" w:rsidR="00795726" w:rsidRPr="00795726" w:rsidRDefault="00795726" w:rsidP="00795726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</w:p>
        </w:tc>
        <w:tc>
          <w:tcPr>
            <w:tcW w:w="1726" w:type="dxa"/>
          </w:tcPr>
          <w:p w14:paraId="12498AD6" w14:textId="43A41399" w:rsidR="00795726" w:rsidRPr="00795726" w:rsidRDefault="00795726" w:rsidP="00795726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</w:p>
        </w:tc>
        <w:tc>
          <w:tcPr>
            <w:tcW w:w="1726" w:type="dxa"/>
          </w:tcPr>
          <w:p w14:paraId="2A5FF588" w14:textId="787F3869" w:rsidR="00795726" w:rsidRPr="00795726" w:rsidRDefault="00795726" w:rsidP="00795726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</w:p>
        </w:tc>
        <w:tc>
          <w:tcPr>
            <w:tcW w:w="1726" w:type="dxa"/>
          </w:tcPr>
          <w:p w14:paraId="3E5B2851" w14:textId="0B84961B" w:rsidR="00795726" w:rsidRPr="00795726" w:rsidRDefault="00795726" w:rsidP="00795726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</w:p>
        </w:tc>
      </w:tr>
      <w:tr w:rsidR="00A675F9" w14:paraId="00D4F5F5" w14:textId="77777777" w:rsidTr="000C5FB5">
        <w:tc>
          <w:tcPr>
            <w:tcW w:w="1726" w:type="dxa"/>
            <w:vAlign w:val="center"/>
          </w:tcPr>
          <w:p w14:paraId="2DCCF605" w14:textId="6157E078" w:rsidR="00A675F9" w:rsidRPr="00717A9F" w:rsidRDefault="00E35474" w:rsidP="00A675F9">
            <w:pPr>
              <w:pStyle w:val="ae"/>
              <w:spacing w:before="100" w:beforeAutospacing="1" w:after="100" w:afterAutospacing="1"/>
              <w:ind w:left="29"/>
              <w:outlineLvl w:val="2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7</w:t>
            </w:r>
            <w:r w:rsidR="00A675F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. </w:t>
            </w:r>
            <w:r w:rsidR="00A675F9"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  <w:lang w:bidi="th-TH"/>
              </w:rPr>
              <w:t>ทักษะความคิดสร้างสรรค์</w:t>
            </w:r>
            <w:r w:rsidR="00A675F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 (Creativity Skills) </w:t>
            </w:r>
            <w:r w:rsidR="00A675F9" w:rsidRPr="00721118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 xml:space="preserve">เลือกประเด็น </w:t>
            </w:r>
            <w:r w:rsidR="00A675F9" w:rsidRPr="00721118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2.3</w:t>
            </w:r>
            <w:r w:rsidR="00A675F9" w:rsidRPr="00721118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 </w:t>
            </w:r>
            <w:r w:rsidR="00A675F9" w:rsidRPr="00721118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Innovation or Modification :</w:t>
            </w:r>
            <w:r w:rsidR="00A675F9" w:rsidRPr="00721118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 xml:space="preserve"> ผู้เรียนสามารถสร้างสรรค์ผลงาน/ทฤษฎี/แนวความคิดใหม่ หรืออาจเป็นการต่อยอดจากทฤษฎีหรือสิ่งประดิษฐ์ที่มีอยู่แล้วให้มีคุณภาพมากขึ้น หรือให้มีคุณภาพเท่าเดิมแต่ใช้วัสดุอื่นทดแทนที่ทำให้มีต้นทุนต่ำกว่าหรือเป็นวัสดุ/วิธีการที่ไม่ส่งผลกระทบต่อสิ่งแวดล้อม</w:t>
            </w:r>
          </w:p>
        </w:tc>
        <w:tc>
          <w:tcPr>
            <w:tcW w:w="1726" w:type="dxa"/>
          </w:tcPr>
          <w:p w14:paraId="2B06F02A" w14:textId="5AB7F8E0" w:rsidR="00A675F9" w:rsidRPr="00A675F9" w:rsidRDefault="00A675F9" w:rsidP="00A675F9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A675F9">
              <w:rPr>
                <w:rFonts w:ascii="TH Sarabun New" w:hAnsi="TH Sarabun New" w:cs="TH Sarabun New"/>
                <w:sz w:val="24"/>
                <w:szCs w:val="24"/>
                <w:cs/>
              </w:rPr>
              <w:t>ผู้เรียนสามารถผลิต ผังกราฟฟิก/อื่นๆ ที่มีความแปลกใหม่ได้อย่างโดดเด่นหรือต่อยอดจากสิ่งเดิมให้มีคุณภาพทัดเทียมสิ่งที่มีหรือมากกว่าอย่างชัดเจน</w:t>
            </w:r>
          </w:p>
        </w:tc>
        <w:tc>
          <w:tcPr>
            <w:tcW w:w="1726" w:type="dxa"/>
          </w:tcPr>
          <w:p w14:paraId="443846A3" w14:textId="5ED397F8" w:rsidR="00A675F9" w:rsidRPr="00A675F9" w:rsidRDefault="00A675F9" w:rsidP="00A675F9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A675F9">
              <w:rPr>
                <w:rFonts w:ascii="TH Sarabun New" w:hAnsi="TH Sarabun New" w:cs="TH Sarabun New"/>
                <w:sz w:val="24"/>
                <w:szCs w:val="24"/>
                <w:cs/>
              </w:rPr>
              <w:t>ผู้เรียนสามารถผลิต ผังกราฟฟิก/อื่นๆ ที่มีความแปลกใหม่หรือต่อยอดจากสิ่งเดิมให้มีคุณภาพ</w:t>
            </w:r>
            <w:r w:rsidRPr="00A675F9">
              <w:rPr>
                <w:rFonts w:ascii="TH Sarabun New" w:hAnsi="TH Sarabun New" w:cs="TH Sarabun New" w:hint="cs"/>
                <w:sz w:val="24"/>
                <w:szCs w:val="24"/>
                <w:cs/>
              </w:rPr>
              <w:t>เทียบเท่ากับ</w:t>
            </w:r>
            <w:r w:rsidRPr="00A675F9">
              <w:rPr>
                <w:rFonts w:ascii="TH Sarabun New" w:hAnsi="TH Sarabun New" w:cs="TH Sarabun New"/>
                <w:sz w:val="24"/>
                <w:szCs w:val="24"/>
                <w:cs/>
              </w:rPr>
              <w:t>สิ่งที่มีหรือมากกว่าอย่างชัดเจน</w:t>
            </w:r>
          </w:p>
        </w:tc>
        <w:tc>
          <w:tcPr>
            <w:tcW w:w="1726" w:type="dxa"/>
          </w:tcPr>
          <w:p w14:paraId="3DFAAAB7" w14:textId="7679E2D3" w:rsidR="00A675F9" w:rsidRPr="00A675F9" w:rsidRDefault="00A675F9" w:rsidP="00A675F9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A675F9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ผู้เรียนสามารถผลิต ผังกราฟฟิก/อื่นๆ </w:t>
            </w:r>
            <w:r w:rsidRPr="00A675F9">
              <w:rPr>
                <w:rFonts w:ascii="TH Sarabun New" w:hAnsi="TH Sarabun New" w:cs="TH Sarabun New" w:hint="cs"/>
                <w:sz w:val="24"/>
                <w:szCs w:val="24"/>
                <w:cs/>
              </w:rPr>
              <w:t>โดย</w:t>
            </w:r>
            <w:r w:rsidRPr="00A675F9">
              <w:rPr>
                <w:rFonts w:ascii="TH Sarabun New" w:hAnsi="TH Sarabun New" w:cs="TH Sarabun New"/>
                <w:sz w:val="24"/>
                <w:szCs w:val="24"/>
                <w:cs/>
              </w:rPr>
              <w:t>ต่อยอดจากสิ่งเดิมให้มีคุณภาพ</w:t>
            </w:r>
            <w:r w:rsidRPr="00A675F9">
              <w:rPr>
                <w:rFonts w:ascii="TH Sarabun New" w:hAnsi="TH Sarabun New" w:cs="TH Sarabun New" w:hint="cs"/>
                <w:sz w:val="24"/>
                <w:szCs w:val="24"/>
                <w:cs/>
              </w:rPr>
              <w:t>มากกว่า</w:t>
            </w:r>
            <w:r w:rsidRPr="00A675F9">
              <w:rPr>
                <w:rFonts w:ascii="TH Sarabun New" w:hAnsi="TH Sarabun New" w:cs="TH Sarabun New"/>
                <w:sz w:val="24"/>
                <w:szCs w:val="24"/>
                <w:cs/>
              </w:rPr>
              <w:t>สิ่งที่มีอยู่</w:t>
            </w:r>
          </w:p>
        </w:tc>
        <w:tc>
          <w:tcPr>
            <w:tcW w:w="1726" w:type="dxa"/>
          </w:tcPr>
          <w:p w14:paraId="5473FD9B" w14:textId="18CA49F9" w:rsidR="00A675F9" w:rsidRPr="00A675F9" w:rsidRDefault="00A675F9" w:rsidP="00A675F9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A675F9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ผู้เรียนสามารถผลิต ผังกราฟฟิก/อื่นๆ </w:t>
            </w:r>
            <w:r w:rsidRPr="00A675F9">
              <w:rPr>
                <w:rFonts w:ascii="TH Sarabun New" w:hAnsi="TH Sarabun New" w:cs="TH Sarabun New" w:hint="cs"/>
                <w:sz w:val="24"/>
                <w:szCs w:val="24"/>
                <w:cs/>
              </w:rPr>
              <w:t>โดย</w:t>
            </w:r>
            <w:r w:rsidRPr="00A675F9">
              <w:rPr>
                <w:rFonts w:ascii="TH Sarabun New" w:hAnsi="TH Sarabun New" w:cs="TH Sarabun New"/>
                <w:sz w:val="24"/>
                <w:szCs w:val="24"/>
                <w:cs/>
              </w:rPr>
              <w:t>ต่อยอดจากสิ่งเดิมให้มีคุณภาพ</w:t>
            </w:r>
            <w:r w:rsidRPr="00A675F9">
              <w:rPr>
                <w:rFonts w:ascii="TH Sarabun New" w:hAnsi="TH Sarabun New" w:cs="TH Sarabun New" w:hint="cs"/>
                <w:sz w:val="24"/>
                <w:szCs w:val="24"/>
                <w:cs/>
              </w:rPr>
              <w:t>เทียบเท่ากับ</w:t>
            </w:r>
            <w:r w:rsidRPr="00A675F9">
              <w:rPr>
                <w:rFonts w:ascii="TH Sarabun New" w:hAnsi="TH Sarabun New" w:cs="TH Sarabun New"/>
                <w:sz w:val="24"/>
                <w:szCs w:val="24"/>
                <w:cs/>
              </w:rPr>
              <w:t>สิ่งที่มีอยู่</w:t>
            </w:r>
            <w:r w:rsidRPr="00A675F9">
              <w:rPr>
                <w:rFonts w:ascii="TH Sarabun New" w:hAnsi="TH Sarabun New" w:cs="TH Sarabun New" w:hint="cs"/>
                <w:sz w:val="24"/>
                <w:szCs w:val="24"/>
                <w:cs/>
                <w:lang w:bidi="th-TH"/>
              </w:rPr>
              <w:t>หรือต่างจากเดิมเพียงเล็กน้อย</w:t>
            </w:r>
          </w:p>
        </w:tc>
      </w:tr>
      <w:tr w:rsidR="00E35474" w14:paraId="12F03A9A" w14:textId="77777777" w:rsidTr="000C5FB5">
        <w:tc>
          <w:tcPr>
            <w:tcW w:w="1726" w:type="dxa"/>
            <w:vAlign w:val="center"/>
          </w:tcPr>
          <w:p w14:paraId="2C520266" w14:textId="1B1B5E9A" w:rsidR="00E35474" w:rsidRDefault="00E35474" w:rsidP="00E35474">
            <w:pPr>
              <w:pStyle w:val="ae"/>
              <w:spacing w:before="100" w:beforeAutospacing="1" w:after="100" w:afterAutospacing="1"/>
              <w:ind w:left="29"/>
              <w:outlineLvl w:val="2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8</w:t>
            </w:r>
            <w:r w:rsidRPr="00721118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. </w:t>
            </w:r>
            <w:r w:rsidRPr="00721118"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  <w:lang w:bidi="th-TH"/>
              </w:rPr>
              <w:t>ทักษะการสื่อสาร</w:t>
            </w:r>
            <w:r w:rsidRPr="00721118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(Communication</w:t>
            </w:r>
            <w:r w:rsidRPr="00795726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 xml:space="preserve"> Skills)</w:t>
            </w:r>
            <w:r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 xml:space="preserve">  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เลือกประเด็น</w:t>
            </w:r>
            <w:r w:rsidRPr="00795726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1.1 Clearing </w:t>
            </w:r>
            <w:r w:rsidRPr="00795726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>(ความชัดเจน) การสื่อสารไม่ว่าจะด้วยการพูด การเขียน จะต้องเป็นการสื่อสารที่มีความชัดเจน เรียบง่าย เมื่อสื่อสารออกไปแล้ว ผู้รับสารต้องมีความเข้าใจที่ชัดเจนเช่นเดียวกับผู้ส่งสาร</w:t>
            </w:r>
            <w:r w:rsidR="00DD4333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 </w:t>
            </w:r>
            <w:r w:rsidR="00DD4333" w:rsidRPr="00DD4333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(</w:t>
            </w:r>
            <w:r w:rsidR="00DD4333" w:rsidRPr="00DD4333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การออกแบบที่สามารถใช้อุปกรณ์หรือแอพลิเคชัน</w:t>
            </w:r>
            <w:r w:rsidR="00DD4333" w:rsidRPr="00DD4333"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  <w:t xml:space="preserve"> </w:t>
            </w:r>
            <w:r w:rsidR="00DD4333" w:rsidRPr="00DD4333"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  <w:t>STEM : T)</w:t>
            </w:r>
          </w:p>
        </w:tc>
        <w:tc>
          <w:tcPr>
            <w:tcW w:w="1726" w:type="dxa"/>
          </w:tcPr>
          <w:p w14:paraId="6132D8D9" w14:textId="56C8A7F8" w:rsidR="00E35474" w:rsidRPr="00A675F9" w:rsidRDefault="00E35474" w:rsidP="00E35474">
            <w:pPr>
              <w:spacing w:before="100" w:beforeAutospacing="1" w:after="100" w:afterAutospacing="1"/>
              <w:outlineLvl w:val="2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95726">
              <w:rPr>
                <w:rFonts w:ascii="TH Sarabun New" w:hAnsi="TH Sarabun New" w:cs="TH Sarabun New"/>
                <w:sz w:val="24"/>
                <w:szCs w:val="24"/>
                <w:cs/>
              </w:rPr>
              <w:t>ผู้เรียนสามารถสื่อสารข้อความ</w:t>
            </w:r>
            <w:r w:rsidRPr="00795726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 </w:t>
            </w:r>
            <w:r w:rsidRPr="00795726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(สาส์น) โดยการพูด การเขียน การอ่านหรือการฟัง ได้อย่างถูกต้อง ชัดเจน </w:t>
            </w:r>
            <w:r w:rsidRPr="00795726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เหมาะสมกับสถานการณ์ </w:t>
            </w:r>
            <w:r w:rsidRPr="00795726">
              <w:rPr>
                <w:rFonts w:ascii="TH Sarabun New" w:hAnsi="TH Sarabun New" w:cs="TH Sarabun New"/>
                <w:sz w:val="24"/>
                <w:szCs w:val="24"/>
                <w:cs/>
              </w:rPr>
              <w:t>และสอดคล้องกับจุดประสงค์ของผู้ส่งสารทั้งหมด</w:t>
            </w:r>
          </w:p>
        </w:tc>
        <w:tc>
          <w:tcPr>
            <w:tcW w:w="1726" w:type="dxa"/>
          </w:tcPr>
          <w:p w14:paraId="76B5D5D8" w14:textId="6AE0B60C" w:rsidR="00E35474" w:rsidRPr="00A675F9" w:rsidRDefault="00E35474" w:rsidP="00E35474">
            <w:pPr>
              <w:spacing w:before="100" w:beforeAutospacing="1" w:after="100" w:afterAutospacing="1"/>
              <w:outlineLvl w:val="2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95726">
              <w:rPr>
                <w:rFonts w:ascii="TH Sarabun New" w:hAnsi="TH Sarabun New" w:cs="TH Sarabun New"/>
                <w:sz w:val="24"/>
                <w:szCs w:val="24"/>
                <w:cs/>
              </w:rPr>
              <w:t>ผู้เรียนสามารถสื่อสารข้อความ</w:t>
            </w:r>
            <w:r w:rsidRPr="00795726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 </w:t>
            </w:r>
            <w:r w:rsidRPr="00795726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(สาส์น) โดยการพูด การเขียน การอ่านหรือการฟัง ได้อย่างถูกต้อง ชัดเจน </w:t>
            </w:r>
            <w:r w:rsidRPr="00795726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เหมาะสมกับสถานการณ์ </w:t>
            </w:r>
            <w:r w:rsidRPr="00795726">
              <w:rPr>
                <w:rFonts w:ascii="TH Sarabun New" w:hAnsi="TH Sarabun New" w:cs="TH Sarabun New"/>
                <w:sz w:val="24"/>
                <w:szCs w:val="24"/>
                <w:cs/>
              </w:rPr>
              <w:t>และสอดคล้องกับจุดประสงค์ของผู้ส่งสารเป็นส่วนใหญ่</w:t>
            </w:r>
          </w:p>
        </w:tc>
        <w:tc>
          <w:tcPr>
            <w:tcW w:w="1726" w:type="dxa"/>
          </w:tcPr>
          <w:p w14:paraId="38D9B794" w14:textId="49B4EC36" w:rsidR="00E35474" w:rsidRPr="00A675F9" w:rsidRDefault="00E35474" w:rsidP="00E35474">
            <w:pPr>
              <w:spacing w:before="100" w:beforeAutospacing="1" w:after="100" w:afterAutospacing="1"/>
              <w:outlineLvl w:val="2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95726">
              <w:rPr>
                <w:rFonts w:ascii="TH Sarabun New" w:hAnsi="TH Sarabun New" w:cs="TH Sarabun New"/>
                <w:sz w:val="24"/>
                <w:szCs w:val="24"/>
                <w:cs/>
              </w:rPr>
              <w:t>ผู้เรียนสามารถสื่อสารข้อความ</w:t>
            </w:r>
            <w:r w:rsidRPr="00795726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 </w:t>
            </w:r>
            <w:r w:rsidRPr="00795726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(สาส์น) โดยการพูด การเขียน การอ่านหรือการฟัง ได้อย่างถูกต้อง ชัดเจน </w:t>
            </w:r>
            <w:r w:rsidRPr="00795726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เหมาะสมกับสถานการณ์ </w:t>
            </w:r>
            <w:r w:rsidRPr="00795726">
              <w:rPr>
                <w:rFonts w:ascii="TH Sarabun New" w:hAnsi="TH Sarabun New" w:cs="TH Sarabun New"/>
                <w:sz w:val="24"/>
                <w:szCs w:val="24"/>
                <w:cs/>
              </w:rPr>
              <w:t>และสอดคล้องกับจุดประสงค์ของผู้ส่งสารเป็นบางส่วน</w:t>
            </w:r>
          </w:p>
        </w:tc>
        <w:tc>
          <w:tcPr>
            <w:tcW w:w="1726" w:type="dxa"/>
          </w:tcPr>
          <w:p w14:paraId="13648934" w14:textId="3CD6A537" w:rsidR="00E35474" w:rsidRPr="00A675F9" w:rsidRDefault="00E35474" w:rsidP="00E35474">
            <w:pPr>
              <w:spacing w:before="100" w:beforeAutospacing="1" w:after="100" w:afterAutospacing="1"/>
              <w:outlineLvl w:val="2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95726">
              <w:rPr>
                <w:rFonts w:ascii="TH Sarabun New" w:hAnsi="TH Sarabun New" w:cs="TH Sarabun New"/>
                <w:sz w:val="24"/>
                <w:szCs w:val="24"/>
                <w:cs/>
              </w:rPr>
              <w:t>ผู้เรียนสามารถสื่อสารข้อความ</w:t>
            </w:r>
            <w:r w:rsidRPr="00795726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 </w:t>
            </w:r>
            <w:r w:rsidRPr="00795726">
              <w:rPr>
                <w:rFonts w:ascii="TH Sarabun New" w:hAnsi="TH Sarabun New" w:cs="TH Sarabun New"/>
                <w:sz w:val="24"/>
                <w:szCs w:val="24"/>
                <w:cs/>
              </w:rPr>
              <w:t>(สาส์น) โดยการพูด การเขียน การอ่านหรือการฟังได้อย่างถูกต้อง แต่ไม่สอดคล้องกับจุดประสงค์ของผู้ส่งสาร</w:t>
            </w:r>
          </w:p>
        </w:tc>
      </w:tr>
      <w:tr w:rsidR="00E35474" w:rsidRPr="005D42E9" w14:paraId="743F1C23" w14:textId="77777777" w:rsidTr="00E64090">
        <w:tc>
          <w:tcPr>
            <w:tcW w:w="1726" w:type="dxa"/>
            <w:vAlign w:val="center"/>
          </w:tcPr>
          <w:p w14:paraId="16C476AD" w14:textId="3F88FD0E" w:rsidR="00E35474" w:rsidRPr="005D42E9" w:rsidRDefault="00E35474" w:rsidP="00E35474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</w:pPr>
            <w:bookmarkStart w:id="2" w:name="_Hlk219993255"/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lastRenderedPageBreak/>
              <w:t>9</w:t>
            </w:r>
            <w:r w:rsidRP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. </w:t>
            </w:r>
            <w:r w:rsidRPr="005D42E9"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  <w:lang w:bidi="th-TH"/>
              </w:rPr>
              <w:t>นักเรียนสามารถทำงานร่วมกับผู้อื่นได้</w:t>
            </w:r>
            <w:r w:rsidRP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 xml:space="preserve"> (</w:t>
            </w:r>
            <w:r w:rsidRP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A</w:t>
            </w:r>
            <w:r w:rsidRPr="004179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vertAlign w:val="subscript"/>
                <w:cs/>
                <w:lang w:bidi="th-TH"/>
              </w:rPr>
              <w:t>1</w:t>
            </w:r>
            <w:r w:rsidRP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>)</w:t>
            </w:r>
          </w:p>
        </w:tc>
        <w:tc>
          <w:tcPr>
            <w:tcW w:w="1726" w:type="dxa"/>
            <w:vAlign w:val="center"/>
          </w:tcPr>
          <w:p w14:paraId="0A099A0D" w14:textId="6209180E" w:rsidR="00E35474" w:rsidRPr="005D42E9" w:rsidRDefault="00E35474" w:rsidP="00E35474">
            <w:pPr>
              <w:spacing w:before="100" w:beforeAutospacing="1" w:after="100" w:afterAutospacing="1"/>
              <w:jc w:val="both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5D42E9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การทำงานในกลุ่มเป็นไปอย่างราบลื่นตลอดการทำงาน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ร่วมกัน</w:t>
            </w:r>
          </w:p>
        </w:tc>
        <w:tc>
          <w:tcPr>
            <w:tcW w:w="1726" w:type="dxa"/>
            <w:vAlign w:val="center"/>
          </w:tcPr>
          <w:p w14:paraId="2D6797FA" w14:textId="79B4DE36" w:rsidR="00E35474" w:rsidRPr="005D42E9" w:rsidRDefault="00E35474" w:rsidP="00E35474">
            <w:pPr>
              <w:spacing w:before="100" w:beforeAutospacing="1" w:after="100" w:afterAutospacing="1"/>
              <w:jc w:val="both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5D42E9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การทำงานในกลุ่มเป็นไปอย่างราบลื่น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เกือบ</w:t>
            </w:r>
            <w:r w:rsidRPr="005D42E9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ตลอด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เวลาใน</w:t>
            </w:r>
            <w:r w:rsidRPr="005D42E9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การทำงาน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ร่วมกัน</w:t>
            </w:r>
          </w:p>
        </w:tc>
        <w:tc>
          <w:tcPr>
            <w:tcW w:w="1726" w:type="dxa"/>
            <w:vAlign w:val="center"/>
          </w:tcPr>
          <w:p w14:paraId="7A3E0E95" w14:textId="69571699" w:rsidR="00E35474" w:rsidRPr="005D42E9" w:rsidRDefault="00E35474" w:rsidP="00E35474">
            <w:pPr>
              <w:spacing w:before="100" w:beforeAutospacing="1" w:after="100" w:afterAutospacing="1"/>
              <w:jc w:val="both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</w:pPr>
            <w:r w:rsidRPr="005D42E9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การทำงานในกลุ่มเป็นไปอย่างราบลื่น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แค่บางช่วง</w:t>
            </w:r>
            <w:r w:rsidRPr="005D42E9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เวลาในการทำงานร่วมกั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น</w:t>
            </w:r>
          </w:p>
        </w:tc>
        <w:tc>
          <w:tcPr>
            <w:tcW w:w="1726" w:type="dxa"/>
            <w:vAlign w:val="center"/>
          </w:tcPr>
          <w:p w14:paraId="39C2763F" w14:textId="5C573CDA" w:rsidR="00E35474" w:rsidRPr="005D42E9" w:rsidRDefault="00E35474" w:rsidP="00E35474">
            <w:pPr>
              <w:spacing w:before="100" w:beforeAutospacing="1" w:after="100" w:afterAutospacing="1"/>
              <w:jc w:val="both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ไม่สามารถทำงานร่วมกันได้ หรือ งานไม่เสร็จสิ้นในเวลาที่กำหนด</w:t>
            </w:r>
          </w:p>
        </w:tc>
      </w:tr>
      <w:bookmarkEnd w:id="2"/>
      <w:tr w:rsidR="00E35474" w:rsidRPr="005D42E9" w14:paraId="65079442" w14:textId="77777777" w:rsidTr="00E64090">
        <w:tc>
          <w:tcPr>
            <w:tcW w:w="1726" w:type="dxa"/>
            <w:vAlign w:val="center"/>
          </w:tcPr>
          <w:p w14:paraId="45340AE9" w14:textId="0ACF7370" w:rsidR="00E35474" w:rsidRPr="005D42E9" w:rsidRDefault="00E35474" w:rsidP="00E35474">
            <w:pPr>
              <w:spacing w:before="100" w:beforeAutospacing="1" w:after="100" w:afterAutospacing="1"/>
              <w:outlineLvl w:val="2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10</w:t>
            </w:r>
            <w:r w:rsidRP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 xml:space="preserve">. </w:t>
            </w:r>
            <w:r w:rsidRPr="005D42E9"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  <w:lang w:bidi="th-TH"/>
              </w:rPr>
              <w:t>นักเรียนมีภาวะผู้นำที่ชาญฉลาด</w:t>
            </w:r>
            <w:r w:rsidRP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 xml:space="preserve"> (</w:t>
            </w:r>
            <w:r w:rsidRP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 xml:space="preserve">Smart leadership : SATITRAM model) </w:t>
            </w:r>
            <w:r w:rsidRPr="005D42E9"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  <w:lang w:bidi="th-TH"/>
              </w:rPr>
              <w:t>ที่สามารถนำไปใช้ในการทำงานร่วมกับผู้อื่นได้มีประสิทธิภาพ</w:t>
            </w:r>
            <w:r w:rsidRP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  <w:lang w:bidi="th-TH"/>
              </w:rPr>
              <w:t xml:space="preserve"> (</w:t>
            </w:r>
            <w:r w:rsidRP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A</w:t>
            </w:r>
            <w:r w:rsidRP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vertAlign w:val="subscript"/>
              </w:rPr>
              <w:t>2</w:t>
            </w:r>
            <w:r w:rsidRPr="005D42E9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26" w:type="dxa"/>
            <w:vAlign w:val="center"/>
          </w:tcPr>
          <w:p w14:paraId="789354DF" w14:textId="2BA6B9AB" w:rsidR="00E35474" w:rsidRPr="005D42E9" w:rsidRDefault="00E35474" w:rsidP="00E35474">
            <w:pPr>
              <w:spacing w:before="100" w:beforeAutospacing="1" w:after="100" w:afterAutospacing="1"/>
              <w:jc w:val="both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หัวหน้ากลุ่มสามารถแบ่งงาน มอบหมายและดูแลการทำงานของกลุ่มรวมทั้งสามารถแก้ปัญหาของกลุ่มได้อย่างมีประสิทธิภาพในระดับดี</w:t>
            </w:r>
          </w:p>
        </w:tc>
        <w:tc>
          <w:tcPr>
            <w:tcW w:w="1726" w:type="dxa"/>
            <w:vAlign w:val="center"/>
          </w:tcPr>
          <w:p w14:paraId="472BF31C" w14:textId="08B74297" w:rsidR="00E35474" w:rsidRPr="005D42E9" w:rsidRDefault="00E35474" w:rsidP="00E35474">
            <w:pPr>
              <w:spacing w:before="100" w:beforeAutospacing="1" w:after="100" w:afterAutospacing="1"/>
              <w:jc w:val="both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C650A5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หัวหน้ากลุ่มสามารถแบ่งงาน มอบหมายและดูแลการทำงานของกลุ่มรวมทั้งสามารถแก้ปัญหาของกลุ่มได้อย่างมีประสิทธิภาพ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ในระดับปานกลาง</w:t>
            </w:r>
          </w:p>
        </w:tc>
        <w:tc>
          <w:tcPr>
            <w:tcW w:w="1726" w:type="dxa"/>
            <w:vAlign w:val="center"/>
          </w:tcPr>
          <w:p w14:paraId="7C1A5C00" w14:textId="7F5EFF19" w:rsidR="00E35474" w:rsidRPr="005D42E9" w:rsidRDefault="00E35474" w:rsidP="00E35474">
            <w:pPr>
              <w:spacing w:before="100" w:beforeAutospacing="1" w:after="100" w:afterAutospacing="1"/>
              <w:jc w:val="both"/>
              <w:outlineLvl w:val="2"/>
              <w:rPr>
                <w:rFonts w:ascii="TH Sarabun New" w:eastAsia="Times New Roman" w:hAnsi="TH Sarabun New" w:cs="TH Sarabun New"/>
                <w:sz w:val="24"/>
                <w:szCs w:val="24"/>
                <w:cs/>
                <w:lang w:bidi="th-TH"/>
              </w:rPr>
            </w:pPr>
            <w:r w:rsidRPr="00C650A5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หัวหน้ากลุ่มสามารถแบ่งงาน มอบหมายและดูแลการทำงานของกลุ่มรวมทั้งสามารถแก้ปัญหาของกลุ่มได้อย่างมีประสิทธิภาพ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ในระดับน้อย</w:t>
            </w:r>
          </w:p>
        </w:tc>
        <w:tc>
          <w:tcPr>
            <w:tcW w:w="1726" w:type="dxa"/>
            <w:vAlign w:val="center"/>
          </w:tcPr>
          <w:p w14:paraId="1A485C3F" w14:textId="6409F776" w:rsidR="00E35474" w:rsidRPr="00B53396" w:rsidRDefault="00E35474" w:rsidP="00E35474">
            <w:pPr>
              <w:spacing w:before="100" w:beforeAutospacing="1" w:after="100" w:afterAutospacing="1"/>
              <w:jc w:val="both"/>
              <w:outlineLvl w:val="2"/>
              <w:rPr>
                <w:rFonts w:ascii="TH Sarabun New" w:eastAsia="Times New Roman" w:hAnsi="TH Sarabun New" w:cs="TH Sarabun New"/>
                <w:color w:val="EE0000"/>
                <w:sz w:val="24"/>
                <w:szCs w:val="24"/>
                <w:cs/>
                <w:lang w:bidi="th-TH"/>
              </w:rPr>
            </w:pPr>
            <w:r w:rsidRPr="00C650A5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หัวหน้ากลุ่ม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ไม่</w:t>
            </w:r>
            <w:r w:rsidRPr="00C650A5"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>สามารถแบ่งงาน มอบหมายและดูแลการทำงานของกลุ่มรวมทั้งสามารถแก้ปัญหาของกลุ่มได้อย่างมีประสิทธิภาพ</w:t>
            </w:r>
            <w:r>
              <w:rPr>
                <w:rFonts w:ascii="TH Sarabun New" w:eastAsia="Times New Roman" w:hAnsi="TH Sarabun New" w:cs="TH Sarabun New" w:hint="cs"/>
                <w:sz w:val="24"/>
                <w:szCs w:val="24"/>
                <w:cs/>
                <w:lang w:bidi="th-TH"/>
              </w:rPr>
              <w:t xml:space="preserve"> </w:t>
            </w:r>
          </w:p>
        </w:tc>
      </w:tr>
    </w:tbl>
    <w:p w14:paraId="616D5414" w14:textId="77777777" w:rsidR="006A032C" w:rsidRDefault="006A032C" w:rsidP="007527F3">
      <w:pPr>
        <w:spacing w:after="0" w:line="240" w:lineRule="auto"/>
        <w:outlineLvl w:val="2"/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</w:pPr>
    </w:p>
    <w:p w14:paraId="2E592A29" w14:textId="77777777" w:rsidR="006A032C" w:rsidRDefault="006A032C" w:rsidP="007527F3">
      <w:pPr>
        <w:spacing w:after="0" w:line="240" w:lineRule="auto"/>
        <w:outlineLvl w:val="2"/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</w:pPr>
    </w:p>
    <w:p w14:paraId="6A912BD3" w14:textId="7BF6485E" w:rsidR="00DC0637" w:rsidRDefault="000335A3" w:rsidP="00DC0637">
      <w:pPr>
        <w:spacing w:after="0" w:line="240" w:lineRule="auto"/>
        <w:jc w:val="center"/>
        <w:outlineLvl w:val="2"/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  <w:lang w:bidi="th-TH"/>
        </w:rPr>
        <w:t>แบบประเมิน</w:t>
      </w:r>
      <w:r w:rsidR="00DC0637">
        <w:rPr>
          <w:rFonts w:ascii="TH Sarabun New" w:eastAsia="Times New Roman" w:hAnsi="TH Sarabun New" w:cs="TH Sarabun New" w:hint="cs"/>
          <w:b/>
          <w:bCs/>
          <w:sz w:val="32"/>
          <w:szCs w:val="32"/>
          <w:cs/>
          <w:lang w:bidi="th-TH"/>
        </w:rPr>
        <w:t xml:space="preserve">นักเรียน เรื่อง </w:t>
      </w:r>
      <w:r w:rsidR="00DC0637" w:rsidRPr="00DC0637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>เรขาคณิต : เส้นตรง มุม และรูปเรขาคณิตสองมิติ</w:t>
      </w:r>
    </w:p>
    <w:p w14:paraId="4F210081" w14:textId="77777777" w:rsidR="00A675F9" w:rsidRPr="00A675F9" w:rsidRDefault="00DC0637" w:rsidP="00A675F9">
      <w:pPr>
        <w:spacing w:after="0" w:line="240" w:lineRule="auto"/>
        <w:jc w:val="center"/>
        <w:outlineLvl w:val="2"/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  <w:lang w:bidi="th-TH"/>
        </w:rPr>
        <w:t xml:space="preserve">ในการทำชิ้นงาน </w:t>
      </w:r>
      <w:bookmarkStart w:id="3" w:name="_Hlk220083029"/>
      <w:r w:rsidR="00A675F9" w:rsidRPr="00A675F9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t>“</w:t>
      </w:r>
      <w:r w:rsidR="00A675F9" w:rsidRPr="00A675F9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 xml:space="preserve">My design: </w:t>
      </w:r>
      <w:r w:rsidR="00A675F9" w:rsidRPr="00A675F9">
        <w:rPr>
          <w:rFonts w:ascii="TH Sarabun New" w:eastAsia="Times New Roman" w:hAnsi="TH Sarabun New" w:cs="TH Sarabun New" w:hint="cs"/>
          <w:b/>
          <w:bCs/>
          <w:sz w:val="32"/>
          <w:szCs w:val="32"/>
          <w:cs/>
          <w:lang w:bidi="th-TH"/>
        </w:rPr>
        <w:t>ศูนย์สภาวะทิ้งตัวบนทุ่งลาเวนเดอร์</w:t>
      </w:r>
      <w:r w:rsidR="00A675F9" w:rsidRPr="00A675F9">
        <w:rPr>
          <w:rFonts w:ascii="TH Sarabun New" w:eastAsia="Times New Roman" w:hAnsi="TH Sarabun New" w:cs="TH Sarabun New" w:hint="eastAsia"/>
          <w:b/>
          <w:bCs/>
          <w:sz w:val="32"/>
          <w:szCs w:val="32"/>
          <w:cs/>
          <w:lang w:bidi="th-TH"/>
        </w:rPr>
        <w:t>”</w:t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669"/>
        <w:gridCol w:w="1758"/>
        <w:gridCol w:w="738"/>
        <w:gridCol w:w="548"/>
        <w:gridCol w:w="685"/>
        <w:gridCol w:w="578"/>
        <w:gridCol w:w="685"/>
        <w:gridCol w:w="578"/>
        <w:gridCol w:w="541"/>
        <w:gridCol w:w="629"/>
        <w:gridCol w:w="536"/>
        <w:gridCol w:w="685"/>
      </w:tblGrid>
      <w:tr w:rsidR="000735F9" w:rsidRPr="00686852" w14:paraId="392010D9" w14:textId="77777777" w:rsidTr="006E6464">
        <w:trPr>
          <w:tblHeader/>
        </w:trPr>
        <w:tc>
          <w:tcPr>
            <w:tcW w:w="362" w:type="pct"/>
            <w:vMerge w:val="restart"/>
            <w:vAlign w:val="center"/>
          </w:tcPr>
          <w:bookmarkEnd w:id="3"/>
          <w:p w14:paraId="78E33B8A" w14:textId="76AD7CDE" w:rsidR="00483308" w:rsidRPr="00686852" w:rsidRDefault="00483308" w:rsidP="00686852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เลขที่</w:t>
            </w:r>
          </w:p>
        </w:tc>
        <w:tc>
          <w:tcPr>
            <w:tcW w:w="1021" w:type="pct"/>
            <w:vMerge w:val="restart"/>
            <w:vAlign w:val="center"/>
          </w:tcPr>
          <w:p w14:paraId="4070128C" w14:textId="7F6B500A" w:rsidR="00483308" w:rsidRPr="00686852" w:rsidRDefault="00483308" w:rsidP="00686852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ชื่อ-สกุล</w:t>
            </w:r>
          </w:p>
        </w:tc>
        <w:tc>
          <w:tcPr>
            <w:tcW w:w="1149" w:type="pct"/>
            <w:gridSpan w:val="3"/>
            <w:shd w:val="clear" w:color="auto" w:fill="FBD4B4" w:themeFill="accent6" w:themeFillTint="66"/>
          </w:tcPr>
          <w:p w14:paraId="3D156303" w14:textId="602076BD" w:rsidR="00483308" w:rsidRPr="00686852" w:rsidRDefault="00483308" w:rsidP="00686852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พุทธพิสัย </w:t>
            </w: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(K)</w:t>
            </w:r>
          </w:p>
        </w:tc>
        <w:tc>
          <w:tcPr>
            <w:tcW w:w="1756" w:type="pct"/>
            <w:gridSpan w:val="5"/>
            <w:shd w:val="clear" w:color="auto" w:fill="D6E3BC" w:themeFill="accent3" w:themeFillTint="66"/>
            <w:vAlign w:val="center"/>
          </w:tcPr>
          <w:p w14:paraId="6F739AD6" w14:textId="06BE4786" w:rsidR="00483308" w:rsidRPr="00686852" w:rsidRDefault="00483308" w:rsidP="00686852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686852"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ทักษะพิสัย </w:t>
            </w:r>
            <w:r w:rsidRPr="00686852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(</w:t>
            </w: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P</w:t>
            </w:r>
            <w:r w:rsidRPr="00686852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)</w:t>
            </w:r>
          </w:p>
        </w:tc>
        <w:tc>
          <w:tcPr>
            <w:tcW w:w="711" w:type="pct"/>
            <w:gridSpan w:val="2"/>
            <w:shd w:val="clear" w:color="auto" w:fill="A3DBFF"/>
            <w:vAlign w:val="center"/>
          </w:tcPr>
          <w:p w14:paraId="68C06CF0" w14:textId="33A31D38" w:rsidR="00483308" w:rsidRPr="00686852" w:rsidRDefault="00483308" w:rsidP="00686852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จิต</w:t>
            </w:r>
            <w:r w:rsidRPr="00686852"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พิสัย </w:t>
            </w:r>
            <w:r w:rsidRPr="00686852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(</w:t>
            </w: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A</w:t>
            </w:r>
            <w:r w:rsidRPr="00686852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)</w:t>
            </w:r>
          </w:p>
        </w:tc>
      </w:tr>
      <w:tr w:rsidR="007B52AF" w:rsidRPr="00686852" w14:paraId="60855875" w14:textId="77777777" w:rsidTr="006E6464">
        <w:trPr>
          <w:tblHeader/>
        </w:trPr>
        <w:tc>
          <w:tcPr>
            <w:tcW w:w="362" w:type="pct"/>
            <w:vMerge/>
            <w:vAlign w:val="center"/>
          </w:tcPr>
          <w:p w14:paraId="1E33309F" w14:textId="77777777" w:rsidR="00483308" w:rsidRPr="00686852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021" w:type="pct"/>
            <w:vMerge/>
            <w:vAlign w:val="center"/>
          </w:tcPr>
          <w:p w14:paraId="2CDD0ACC" w14:textId="77777777" w:rsidR="00483308" w:rsidRPr="00686852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vAlign w:val="center"/>
          </w:tcPr>
          <w:p w14:paraId="36F3EF14" w14:textId="3AB55D72" w:rsidR="00483308" w:rsidRPr="00483308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</w:pPr>
            <w:r w:rsidRPr="00483308">
              <w:rPr>
                <w:rFonts w:ascii="TH Sarabun New" w:eastAsia="Times New Roman" w:hAnsi="TH Sarabun New" w:cs="TH Sarabun New" w:hint="cs"/>
                <w:b/>
                <w:bCs/>
                <w:sz w:val="24"/>
                <w:szCs w:val="24"/>
                <w:cs/>
                <w:lang w:bidi="th-TH"/>
              </w:rPr>
              <w:t>ข้อ</w:t>
            </w:r>
            <w:r w:rsidRPr="00483308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lang w:bidi="th-TH"/>
              </w:rPr>
              <w:t>1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1F28" w14:textId="20CEB7DE" w:rsidR="00483308" w:rsidRPr="007B52AF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cs/>
                <w:lang w:bidi="th-TH"/>
              </w:rPr>
            </w:pPr>
            <w:r w:rsidRPr="007B52AF">
              <w:rPr>
                <w:rFonts w:ascii="TH Sarabun New" w:eastAsia="Times New Roman" w:hAnsi="TH Sarabun New" w:cs="TH Sarabun New" w:hint="cs"/>
                <w:b/>
                <w:bCs/>
                <w:cs/>
                <w:lang w:bidi="th-TH"/>
              </w:rPr>
              <w:t xml:space="preserve">ข้อ </w:t>
            </w:r>
            <w:r w:rsidRPr="007B52AF">
              <w:rPr>
                <w:rFonts w:ascii="TH Sarabun New" w:eastAsia="Times New Roman" w:hAnsi="TH Sarabun New" w:cs="TH Sarabun New"/>
                <w:b/>
                <w:bCs/>
                <w:lang w:bidi="th-TH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AA3B" w14:textId="6DAF1F6E" w:rsidR="00483308" w:rsidRPr="007B52AF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lang w:bidi="th-TH"/>
              </w:rPr>
            </w:pPr>
            <w:r w:rsidRPr="007B52AF">
              <w:rPr>
                <w:rFonts w:ascii="TH Sarabun New" w:eastAsia="Times New Roman" w:hAnsi="TH Sarabun New" w:cs="TH Sarabun New" w:hint="cs"/>
                <w:b/>
                <w:bCs/>
                <w:cs/>
                <w:lang w:bidi="th-TH"/>
              </w:rPr>
              <w:t xml:space="preserve">ข้อ </w:t>
            </w:r>
            <w:r w:rsidRPr="007B52AF">
              <w:rPr>
                <w:rFonts w:ascii="TH Sarabun New" w:eastAsia="Times New Roman" w:hAnsi="TH Sarabun New" w:cs="TH Sarabun New"/>
                <w:b/>
                <w:bCs/>
                <w:lang w:bidi="th-TH"/>
              </w:rPr>
              <w:t>3</w:t>
            </w:r>
          </w:p>
        </w:tc>
        <w:tc>
          <w:tcPr>
            <w:tcW w:w="337" w:type="pct"/>
            <w:tcBorders>
              <w:left w:val="single" w:sz="4" w:space="0" w:color="auto"/>
            </w:tcBorders>
            <w:vAlign w:val="center"/>
          </w:tcPr>
          <w:p w14:paraId="57BA7CB6" w14:textId="1367B649" w:rsidR="00483308" w:rsidRPr="007B52AF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lang w:bidi="th-TH"/>
              </w:rPr>
            </w:pPr>
            <w:r w:rsidRPr="007B52AF">
              <w:rPr>
                <w:rFonts w:ascii="TH Sarabun New" w:eastAsia="Times New Roman" w:hAnsi="TH Sarabun New" w:cs="TH Sarabun New" w:hint="cs"/>
                <w:b/>
                <w:bCs/>
                <w:cs/>
                <w:lang w:bidi="th-TH"/>
              </w:rPr>
              <w:t xml:space="preserve">ข้อ </w:t>
            </w:r>
            <w:r w:rsidRPr="007B52AF">
              <w:rPr>
                <w:rFonts w:ascii="TH Sarabun New" w:eastAsia="Times New Roman" w:hAnsi="TH Sarabun New" w:cs="TH Sarabun New"/>
                <w:b/>
                <w:bCs/>
                <w:lang w:bidi="th-TH"/>
              </w:rPr>
              <w:t>4</w:t>
            </w:r>
          </w:p>
        </w:tc>
        <w:tc>
          <w:tcPr>
            <w:tcW w:w="399" w:type="pct"/>
            <w:vAlign w:val="center"/>
          </w:tcPr>
          <w:p w14:paraId="284F45CF" w14:textId="40DCD515" w:rsidR="00483308" w:rsidRPr="007B52AF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lang w:bidi="th-TH"/>
              </w:rPr>
            </w:pPr>
            <w:r w:rsidRPr="007B52AF">
              <w:rPr>
                <w:rFonts w:ascii="TH Sarabun New" w:eastAsia="Times New Roman" w:hAnsi="TH Sarabun New" w:cs="TH Sarabun New" w:hint="cs"/>
                <w:b/>
                <w:bCs/>
                <w:cs/>
                <w:lang w:bidi="th-TH"/>
              </w:rPr>
              <w:t xml:space="preserve">ข้อ </w:t>
            </w:r>
            <w:r w:rsidRPr="007B52AF">
              <w:rPr>
                <w:rFonts w:ascii="TH Sarabun New" w:eastAsia="Times New Roman" w:hAnsi="TH Sarabun New" w:cs="TH Sarabun New"/>
                <w:b/>
                <w:bCs/>
                <w:lang w:bidi="th-TH"/>
              </w:rPr>
              <w:t>5</w:t>
            </w:r>
          </w:p>
        </w:tc>
        <w:tc>
          <w:tcPr>
            <w:tcW w:w="337" w:type="pct"/>
            <w:vAlign w:val="center"/>
          </w:tcPr>
          <w:p w14:paraId="0435DB10" w14:textId="32C87D9E" w:rsidR="00483308" w:rsidRPr="007B52AF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lang w:bidi="th-TH"/>
              </w:rPr>
            </w:pPr>
            <w:r w:rsidRPr="007B52AF">
              <w:rPr>
                <w:rFonts w:ascii="TH Sarabun New" w:eastAsia="Times New Roman" w:hAnsi="TH Sarabun New" w:cs="TH Sarabun New" w:hint="cs"/>
                <w:b/>
                <w:bCs/>
                <w:cs/>
                <w:lang w:bidi="th-TH"/>
              </w:rPr>
              <w:t xml:space="preserve">ข้อ </w:t>
            </w:r>
            <w:r w:rsidRPr="007B52AF">
              <w:rPr>
                <w:rFonts w:ascii="TH Sarabun New" w:eastAsia="Times New Roman" w:hAnsi="TH Sarabun New" w:cs="TH Sarabun New"/>
                <w:b/>
                <w:bCs/>
                <w:lang w:bidi="th-TH"/>
              </w:rPr>
              <w:t>6</w:t>
            </w:r>
          </w:p>
        </w:tc>
        <w:tc>
          <w:tcPr>
            <w:tcW w:w="316" w:type="pct"/>
            <w:vAlign w:val="center"/>
          </w:tcPr>
          <w:p w14:paraId="2121A585" w14:textId="0A0CA65A" w:rsidR="00483308" w:rsidRPr="007B52AF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lang w:bidi="th-TH"/>
              </w:rPr>
            </w:pPr>
            <w:r w:rsidRPr="007B52AF">
              <w:rPr>
                <w:rFonts w:ascii="TH Sarabun New" w:eastAsia="Times New Roman" w:hAnsi="TH Sarabun New" w:cs="TH Sarabun New" w:hint="cs"/>
                <w:b/>
                <w:bCs/>
                <w:cs/>
                <w:lang w:bidi="th-TH"/>
              </w:rPr>
              <w:t xml:space="preserve">ข้อ </w:t>
            </w:r>
            <w:r w:rsidRPr="007B52AF">
              <w:rPr>
                <w:rFonts w:ascii="TH Sarabun New" w:eastAsia="Times New Roman" w:hAnsi="TH Sarabun New" w:cs="TH Sarabun New"/>
                <w:b/>
                <w:bCs/>
                <w:lang w:bidi="th-TH"/>
              </w:rPr>
              <w:t>7</w:t>
            </w:r>
          </w:p>
        </w:tc>
        <w:tc>
          <w:tcPr>
            <w:tcW w:w="367" w:type="pct"/>
            <w:vAlign w:val="center"/>
          </w:tcPr>
          <w:p w14:paraId="22D79558" w14:textId="6D9A53FA" w:rsidR="00483308" w:rsidRPr="007B52AF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lang w:bidi="th-TH"/>
              </w:rPr>
            </w:pPr>
            <w:r w:rsidRPr="007B52AF">
              <w:rPr>
                <w:rFonts w:ascii="TH Sarabun New" w:eastAsia="Times New Roman" w:hAnsi="TH Sarabun New" w:cs="TH Sarabun New" w:hint="cs"/>
                <w:b/>
                <w:bCs/>
                <w:cs/>
                <w:lang w:bidi="th-TH"/>
              </w:rPr>
              <w:t xml:space="preserve">ข้อ </w:t>
            </w:r>
            <w:r w:rsidRPr="007B52AF">
              <w:rPr>
                <w:rFonts w:ascii="TH Sarabun New" w:eastAsia="Times New Roman" w:hAnsi="TH Sarabun New" w:cs="TH Sarabun New"/>
                <w:b/>
                <w:bCs/>
                <w:lang w:bidi="th-TH"/>
              </w:rPr>
              <w:t>8</w:t>
            </w:r>
          </w:p>
        </w:tc>
        <w:tc>
          <w:tcPr>
            <w:tcW w:w="313" w:type="pct"/>
            <w:vAlign w:val="center"/>
          </w:tcPr>
          <w:p w14:paraId="43890305" w14:textId="647F1DED" w:rsidR="00483308" w:rsidRPr="007B52AF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lang w:bidi="th-TH"/>
              </w:rPr>
            </w:pPr>
            <w:r w:rsidRPr="007B52AF">
              <w:rPr>
                <w:rFonts w:ascii="TH Sarabun New" w:eastAsia="Times New Roman" w:hAnsi="TH Sarabun New" w:cs="TH Sarabun New" w:hint="cs"/>
                <w:b/>
                <w:bCs/>
                <w:cs/>
                <w:lang w:bidi="th-TH"/>
              </w:rPr>
              <w:t xml:space="preserve">ข้อ </w:t>
            </w:r>
            <w:r w:rsidRPr="007B52AF">
              <w:rPr>
                <w:rFonts w:ascii="TH Sarabun New" w:eastAsia="Times New Roman" w:hAnsi="TH Sarabun New" w:cs="TH Sarabun New"/>
                <w:b/>
                <w:bCs/>
                <w:lang w:bidi="th-TH"/>
              </w:rPr>
              <w:t>9</w:t>
            </w:r>
          </w:p>
        </w:tc>
        <w:tc>
          <w:tcPr>
            <w:tcW w:w="399" w:type="pct"/>
            <w:vAlign w:val="center"/>
          </w:tcPr>
          <w:p w14:paraId="7A45BD8A" w14:textId="504A0BE0" w:rsidR="00483308" w:rsidRPr="007B52AF" w:rsidRDefault="00483308" w:rsidP="00483308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lang w:bidi="th-TH"/>
              </w:rPr>
            </w:pPr>
            <w:r w:rsidRPr="007B52AF">
              <w:rPr>
                <w:rFonts w:ascii="TH Sarabun New" w:eastAsia="Times New Roman" w:hAnsi="TH Sarabun New" w:cs="TH Sarabun New" w:hint="cs"/>
                <w:b/>
                <w:bCs/>
                <w:cs/>
                <w:lang w:bidi="th-TH"/>
              </w:rPr>
              <w:t xml:space="preserve">ข้อ </w:t>
            </w:r>
            <w:r w:rsidRPr="007B52AF">
              <w:rPr>
                <w:rFonts w:ascii="TH Sarabun New" w:eastAsia="Times New Roman" w:hAnsi="TH Sarabun New" w:cs="TH Sarabun New"/>
                <w:b/>
                <w:bCs/>
                <w:lang w:bidi="th-TH"/>
              </w:rPr>
              <w:t>10</w:t>
            </w:r>
          </w:p>
        </w:tc>
      </w:tr>
      <w:tr w:rsidR="000E1B1C" w:rsidRPr="00686852" w14:paraId="16E33E71" w14:textId="77777777" w:rsidTr="006E6464">
        <w:tc>
          <w:tcPr>
            <w:tcW w:w="362" w:type="pct"/>
            <w:vAlign w:val="center"/>
          </w:tcPr>
          <w:p w14:paraId="769F6E1F" w14:textId="2F47F99B" w:rsidR="000E1B1C" w:rsidRPr="00483308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0"/>
                <w:szCs w:val="20"/>
                <w:lang w:bidi="th-TH"/>
              </w:rPr>
            </w:pPr>
            <w:bookmarkStart w:id="4" w:name="_Hlk220150035"/>
            <w:r w:rsidRPr="00483308">
              <w:rPr>
                <w:rFonts w:ascii="TH Sarabun New" w:eastAsia="Times New Roman" w:hAnsi="TH Sarabun New" w:cs="TH Sarabun New"/>
                <w:b/>
                <w:bCs/>
                <w:sz w:val="20"/>
                <w:szCs w:val="20"/>
                <w:lang w:bidi="th-TH"/>
              </w:rPr>
              <w:t>1.</w:t>
            </w:r>
          </w:p>
        </w:tc>
        <w:tc>
          <w:tcPr>
            <w:tcW w:w="1021" w:type="pct"/>
            <w:vAlign w:val="center"/>
          </w:tcPr>
          <w:p w14:paraId="5D50917F" w14:textId="227C3546" w:rsidR="000E1B1C" w:rsidRPr="00483308" w:rsidRDefault="000E1B1C" w:rsidP="000E1B1C">
            <w:pPr>
              <w:outlineLvl w:val="2"/>
              <w:rPr>
                <w:rFonts w:ascii="TH Sarabun New" w:eastAsia="Times New Roman" w:hAnsi="TH Sarabun New" w:cs="TH Sarabun New"/>
                <w:sz w:val="20"/>
                <w:szCs w:val="20"/>
                <w:cs/>
                <w:lang w:bidi="th-TH"/>
              </w:rPr>
            </w:pPr>
            <w:r w:rsidRPr="00483308">
              <w:rPr>
                <w:rFonts w:ascii="TH Sarabun New" w:eastAsia="Times New Roman" w:hAnsi="TH Sarabun New" w:cs="TH Sarabun New" w:hint="cs"/>
                <w:sz w:val="20"/>
                <w:szCs w:val="20"/>
                <w:cs/>
                <w:lang w:bidi="th-TH"/>
              </w:rPr>
              <w:t>เด็กหญิงฟ้าใส ใจกว้าง</w:t>
            </w:r>
          </w:p>
        </w:tc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6EAA740" w14:textId="65C7EE9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00FF0" w14:textId="5D89B43E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3498" w14:textId="0075371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3</w:t>
            </w:r>
          </w:p>
        </w:tc>
        <w:tc>
          <w:tcPr>
            <w:tcW w:w="33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3165E2" w14:textId="5499CE8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E97EC" w14:textId="2B94B3BD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B7064A" w14:textId="02C010F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78F84A" w14:textId="1D5762C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D9D33A" w14:textId="3C75CCC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890F38" w14:textId="083BEEE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19A531" w14:textId="7E484A8F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0E1B1C" w:rsidRPr="00686852" w14:paraId="12B37D0E" w14:textId="77777777" w:rsidTr="006E6464">
        <w:tc>
          <w:tcPr>
            <w:tcW w:w="362" w:type="pct"/>
            <w:vAlign w:val="center"/>
          </w:tcPr>
          <w:p w14:paraId="26DF2F6C" w14:textId="5B498ACE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2.</w:t>
            </w:r>
          </w:p>
        </w:tc>
        <w:tc>
          <w:tcPr>
            <w:tcW w:w="1021" w:type="pct"/>
            <w:vAlign w:val="center"/>
          </w:tcPr>
          <w:p w14:paraId="5B2B08D1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CFE17D0" w14:textId="6E68231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D8F0E" w14:textId="06D48871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50E4" w14:textId="2BCF7B1F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3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001BDD" w14:textId="6B40C7B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9A961" w14:textId="2F3A734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23BBA4" w14:textId="70651C7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E24E68" w14:textId="720211D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E6BEBA" w14:textId="547354D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2FC255" w14:textId="366156D2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3F0BC6" w14:textId="4F4C8E5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0E1B1C" w:rsidRPr="00686852" w14:paraId="2416F5DB" w14:textId="77777777" w:rsidTr="006E6464">
        <w:tc>
          <w:tcPr>
            <w:tcW w:w="362" w:type="pct"/>
            <w:vAlign w:val="center"/>
          </w:tcPr>
          <w:p w14:paraId="0AD13890" w14:textId="6484F5B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3.</w:t>
            </w:r>
          </w:p>
        </w:tc>
        <w:tc>
          <w:tcPr>
            <w:tcW w:w="1021" w:type="pct"/>
            <w:vAlign w:val="center"/>
          </w:tcPr>
          <w:p w14:paraId="1773A1D0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A137690" w14:textId="70626B6C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F2A85" w14:textId="22830954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4F85" w14:textId="51B3213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4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CFA006" w14:textId="04081B1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3ABF93" w14:textId="46043DE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D4497E" w14:textId="2BC702F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140724" w14:textId="0CC9548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62DBE7" w14:textId="22BBE17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9AEF01" w14:textId="46FD16C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CFDB25" w14:textId="765F266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0E1B1C" w:rsidRPr="00686852" w14:paraId="459F235F" w14:textId="77777777" w:rsidTr="006E6464">
        <w:tc>
          <w:tcPr>
            <w:tcW w:w="362" w:type="pct"/>
            <w:vAlign w:val="center"/>
          </w:tcPr>
          <w:p w14:paraId="1FE29D1D" w14:textId="328920DF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4.</w:t>
            </w:r>
          </w:p>
        </w:tc>
        <w:tc>
          <w:tcPr>
            <w:tcW w:w="1021" w:type="pct"/>
            <w:vAlign w:val="center"/>
          </w:tcPr>
          <w:p w14:paraId="53B2311C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612D543" w14:textId="6BD3D7A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0AB39" w14:textId="1809B0C9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C603A" w14:textId="600E0EDC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4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478B2" w14:textId="7FF7AB5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A72685" w14:textId="5B74FC1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7D9EB3" w14:textId="31F74C3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3DFF76" w14:textId="7734396A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7E21D1" w14:textId="298B8A60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E42180" w14:textId="3B514F6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E5E56C" w14:textId="395F0FC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E1B1C" w:rsidRPr="00686852" w14:paraId="52C50E52" w14:textId="77777777" w:rsidTr="006E6464">
        <w:tc>
          <w:tcPr>
            <w:tcW w:w="362" w:type="pct"/>
            <w:vAlign w:val="center"/>
          </w:tcPr>
          <w:p w14:paraId="051CC3C4" w14:textId="1F5EFEE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5.</w:t>
            </w:r>
          </w:p>
        </w:tc>
        <w:tc>
          <w:tcPr>
            <w:tcW w:w="1021" w:type="pct"/>
            <w:vAlign w:val="center"/>
          </w:tcPr>
          <w:p w14:paraId="3B8ED7EC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1FE4888" w14:textId="6AA607F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89954" w14:textId="46CFDD9F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7467" w14:textId="165D083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3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4B7BF1" w14:textId="5A3B628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DEB54C" w14:textId="333F6082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DE2243" w14:textId="21662D0D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D555B5" w14:textId="67DB0CAF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5D3DA" w14:textId="598281E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DD1688" w14:textId="0EED59CE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B62C0E" w14:textId="429AE7C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0E1B1C" w:rsidRPr="00686852" w14:paraId="2294637D" w14:textId="77777777" w:rsidTr="006E6464">
        <w:tc>
          <w:tcPr>
            <w:tcW w:w="362" w:type="pct"/>
            <w:vAlign w:val="center"/>
          </w:tcPr>
          <w:p w14:paraId="6CC33594" w14:textId="53407BAC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6.</w:t>
            </w:r>
          </w:p>
        </w:tc>
        <w:tc>
          <w:tcPr>
            <w:tcW w:w="1021" w:type="pct"/>
            <w:vAlign w:val="center"/>
          </w:tcPr>
          <w:p w14:paraId="17EB6E26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DED5330" w14:textId="77C39AC0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FD8FD" w14:textId="2F75E4FE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D38CB" w14:textId="0A109D8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2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8B437" w14:textId="03A58B92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466E1C" w14:textId="00E81BD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FAF0A1" w14:textId="6380924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EE1CC4" w14:textId="56783D6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D26198" w14:textId="5DD78F2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F6EE9E" w14:textId="4BB9F8F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2CFA8A" w14:textId="3890B60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E1B1C" w:rsidRPr="00686852" w14:paraId="0864D720" w14:textId="77777777" w:rsidTr="006E6464">
        <w:tc>
          <w:tcPr>
            <w:tcW w:w="362" w:type="pct"/>
            <w:vAlign w:val="center"/>
          </w:tcPr>
          <w:p w14:paraId="31B986B5" w14:textId="731CE02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7.</w:t>
            </w:r>
          </w:p>
        </w:tc>
        <w:tc>
          <w:tcPr>
            <w:tcW w:w="1021" w:type="pct"/>
            <w:vAlign w:val="center"/>
          </w:tcPr>
          <w:p w14:paraId="35718E7E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0744F37" w14:textId="7C87704D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CD48A" w14:textId="58DEC202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C9D8" w14:textId="3A7796A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3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BF4DA5" w14:textId="6AC00AAF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12752D" w14:textId="6466BC9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262F12" w14:textId="545E68C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E87258" w14:textId="44E5F49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778BA3" w14:textId="44E5AA2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34B4BF" w14:textId="22A42162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06D6A3" w14:textId="0DA1633A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E1B1C" w:rsidRPr="00686852" w14:paraId="4881D984" w14:textId="77777777" w:rsidTr="006E6464">
        <w:tc>
          <w:tcPr>
            <w:tcW w:w="362" w:type="pct"/>
            <w:vAlign w:val="center"/>
          </w:tcPr>
          <w:p w14:paraId="1F9DAB09" w14:textId="6C71807A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8.</w:t>
            </w:r>
          </w:p>
        </w:tc>
        <w:tc>
          <w:tcPr>
            <w:tcW w:w="1021" w:type="pct"/>
            <w:vAlign w:val="center"/>
          </w:tcPr>
          <w:p w14:paraId="7EB74BE3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8E73894" w14:textId="4D1AEE6D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8840B" w14:textId="74C5A97B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25C02" w14:textId="18DAC23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2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40952F" w14:textId="466478AE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A831D3" w14:textId="1776871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8C27F8" w14:textId="3928B1E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E63767" w14:textId="693DC820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E829E2" w14:textId="0233725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9B972C" w14:textId="03686B8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03452E" w14:textId="57F11FFC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0E1B1C" w:rsidRPr="00686852" w14:paraId="1D01609B" w14:textId="77777777" w:rsidTr="006E6464">
        <w:tc>
          <w:tcPr>
            <w:tcW w:w="362" w:type="pct"/>
            <w:vAlign w:val="center"/>
          </w:tcPr>
          <w:p w14:paraId="388274B2" w14:textId="0A4A345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9.</w:t>
            </w:r>
          </w:p>
        </w:tc>
        <w:tc>
          <w:tcPr>
            <w:tcW w:w="1021" w:type="pct"/>
            <w:vAlign w:val="center"/>
          </w:tcPr>
          <w:p w14:paraId="7FC39F09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EB91C53" w14:textId="3971F1AE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2E8CB" w14:textId="5E03BCF5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05FF6" w14:textId="1B5940AD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2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EE48F7" w14:textId="46D2A142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721B73" w14:textId="19813B4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93DDF3" w14:textId="0DCB74D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B67E94" w14:textId="514D835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22E2AA" w14:textId="25B38AE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5E40A4" w14:textId="5864E48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E2A5DA" w14:textId="319F208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E1B1C" w:rsidRPr="00686852" w14:paraId="1745B46B" w14:textId="77777777" w:rsidTr="006E6464">
        <w:tc>
          <w:tcPr>
            <w:tcW w:w="362" w:type="pct"/>
            <w:vAlign w:val="center"/>
          </w:tcPr>
          <w:p w14:paraId="58E3EDED" w14:textId="5A32B2E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10.</w:t>
            </w:r>
          </w:p>
        </w:tc>
        <w:tc>
          <w:tcPr>
            <w:tcW w:w="1021" w:type="pct"/>
            <w:vAlign w:val="center"/>
          </w:tcPr>
          <w:p w14:paraId="3B2B9236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194F7CA" w14:textId="264D179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C3FAD" w14:textId="5074E4C9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2AF84" w14:textId="4A12E30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4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441818" w14:textId="55C77CA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5D32F3" w14:textId="6105EFA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787336" w14:textId="3BC7C37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E8BDC7" w14:textId="79A2985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C548FF" w14:textId="6DBB92A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8E1FF9" w14:textId="40AF919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6D7C49" w14:textId="2A7130B0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0E1B1C" w:rsidRPr="00686852" w14:paraId="27974E5C" w14:textId="77777777" w:rsidTr="006E6464">
        <w:tc>
          <w:tcPr>
            <w:tcW w:w="362" w:type="pct"/>
            <w:vAlign w:val="center"/>
          </w:tcPr>
          <w:p w14:paraId="682733AD" w14:textId="2FAC152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11.</w:t>
            </w:r>
          </w:p>
        </w:tc>
        <w:tc>
          <w:tcPr>
            <w:tcW w:w="1021" w:type="pct"/>
            <w:vAlign w:val="center"/>
          </w:tcPr>
          <w:p w14:paraId="42F666A3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1CC5F8C" w14:textId="7B11FB1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2D5D6" w14:textId="2F79CE6F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A39A8" w14:textId="519C1D2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3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029390" w14:textId="794FE4B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3C844" w14:textId="0905C940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6A115" w14:textId="3E06597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DE8E4D" w14:textId="14A3136F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05FA7C" w14:textId="4F2D3DB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75112" w14:textId="536599D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9DFA47" w14:textId="7BCAC482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E1B1C" w:rsidRPr="00686852" w14:paraId="28B0382D" w14:textId="77777777" w:rsidTr="006E6464">
        <w:tc>
          <w:tcPr>
            <w:tcW w:w="362" w:type="pct"/>
            <w:vAlign w:val="center"/>
          </w:tcPr>
          <w:p w14:paraId="72A5EDB8" w14:textId="6C77AF8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12.</w:t>
            </w:r>
          </w:p>
        </w:tc>
        <w:tc>
          <w:tcPr>
            <w:tcW w:w="1021" w:type="pct"/>
            <w:vAlign w:val="center"/>
          </w:tcPr>
          <w:p w14:paraId="629DA4ED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4CD0651" w14:textId="1A1A560A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AED41" w14:textId="6EF142E0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832AE" w14:textId="6D17D91A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4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3D3493" w14:textId="2804EDA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6AC71" w14:textId="601E8A4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E23801" w14:textId="0EAB480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8B46BF" w14:textId="5BF792B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25D2B2" w14:textId="43C3F2E2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10D12E" w14:textId="2CE1AA6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35955F" w14:textId="6853494C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E1B1C" w:rsidRPr="00686852" w14:paraId="177CA964" w14:textId="77777777" w:rsidTr="006E6464">
        <w:tc>
          <w:tcPr>
            <w:tcW w:w="362" w:type="pct"/>
            <w:vAlign w:val="center"/>
          </w:tcPr>
          <w:p w14:paraId="0B67E7F3" w14:textId="4580EFA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13.</w:t>
            </w:r>
          </w:p>
        </w:tc>
        <w:tc>
          <w:tcPr>
            <w:tcW w:w="1021" w:type="pct"/>
            <w:vAlign w:val="center"/>
          </w:tcPr>
          <w:p w14:paraId="2C3A0156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8521297" w14:textId="029E305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2DE62" w14:textId="389F8150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FF63D" w14:textId="46F0BC8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4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B62B4D" w14:textId="04B2A09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A7D1BD" w14:textId="53C796A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25EBF1" w14:textId="2AEADB5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D963CD" w14:textId="0EED4950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D694DA" w14:textId="4022381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93FD2" w14:textId="5E2FC99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B21FD9" w14:textId="6A549B2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E1B1C" w:rsidRPr="00686852" w14:paraId="65956DB5" w14:textId="77777777" w:rsidTr="006E6464">
        <w:tc>
          <w:tcPr>
            <w:tcW w:w="362" w:type="pct"/>
            <w:vAlign w:val="center"/>
          </w:tcPr>
          <w:p w14:paraId="247B27D6" w14:textId="532FB2A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14.</w:t>
            </w:r>
          </w:p>
        </w:tc>
        <w:tc>
          <w:tcPr>
            <w:tcW w:w="1021" w:type="pct"/>
            <w:vAlign w:val="center"/>
          </w:tcPr>
          <w:p w14:paraId="23B413A9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E6308D8" w14:textId="598CBE4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87663" w14:textId="5A30B04E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72720" w14:textId="1C7D20BF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3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84DC9A" w14:textId="56002A7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0FE1F3" w14:textId="5F6A382D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5C1798" w14:textId="08F9F67C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0206C6" w14:textId="7871A83E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CAAAA1" w14:textId="3B50516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00AE05" w14:textId="4AD16BC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20ACE4" w14:textId="5F20A31C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0E1B1C" w:rsidRPr="00686852" w14:paraId="7EA0F652" w14:textId="77777777" w:rsidTr="006E6464">
        <w:tc>
          <w:tcPr>
            <w:tcW w:w="362" w:type="pct"/>
            <w:vAlign w:val="center"/>
          </w:tcPr>
          <w:p w14:paraId="309EB283" w14:textId="669427C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15.</w:t>
            </w:r>
          </w:p>
        </w:tc>
        <w:tc>
          <w:tcPr>
            <w:tcW w:w="1021" w:type="pct"/>
            <w:vAlign w:val="center"/>
          </w:tcPr>
          <w:p w14:paraId="53332BCC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D2413A3" w14:textId="5996EF7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F7A77" w14:textId="18E87CCD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24EF3" w14:textId="436A8272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B8823" w14:textId="2755464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52619D" w14:textId="0D74FC8A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76EAC" w14:textId="5C08F43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DD7D85" w14:textId="5E8D3FF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254AA2" w14:textId="6BDBAEBC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ACF13B" w14:textId="021E3FA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AF501B" w14:textId="5D7C419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0E1B1C" w:rsidRPr="00686852" w14:paraId="4C7689A4" w14:textId="77777777" w:rsidTr="006E6464">
        <w:tc>
          <w:tcPr>
            <w:tcW w:w="362" w:type="pct"/>
            <w:vAlign w:val="center"/>
          </w:tcPr>
          <w:p w14:paraId="001691D1" w14:textId="76AB4FC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16.</w:t>
            </w:r>
          </w:p>
        </w:tc>
        <w:tc>
          <w:tcPr>
            <w:tcW w:w="1021" w:type="pct"/>
            <w:vAlign w:val="center"/>
          </w:tcPr>
          <w:p w14:paraId="7CE4B34C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CBF6989" w14:textId="1F4D7E32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089DE9" w14:textId="2A087D7F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0AF39" w14:textId="5FB5465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3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8EDA52" w14:textId="3F624070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5A79F8" w14:textId="374ED1BE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05F471" w14:textId="65D143AF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7F4241" w14:textId="281E6C5D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DA215" w14:textId="322FF2D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0042D" w14:textId="02ECC42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0D189F" w14:textId="502DE08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E1B1C" w:rsidRPr="00686852" w14:paraId="6AAAB9FE" w14:textId="77777777" w:rsidTr="006E6464">
        <w:tc>
          <w:tcPr>
            <w:tcW w:w="362" w:type="pct"/>
            <w:vAlign w:val="center"/>
          </w:tcPr>
          <w:p w14:paraId="7A8B3868" w14:textId="5CED8FB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lastRenderedPageBreak/>
              <w:t>17.</w:t>
            </w:r>
          </w:p>
        </w:tc>
        <w:tc>
          <w:tcPr>
            <w:tcW w:w="1021" w:type="pct"/>
            <w:vAlign w:val="center"/>
          </w:tcPr>
          <w:p w14:paraId="49FFFA32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C2E3949" w14:textId="3C8FB4F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8FB82D" w14:textId="22C32D62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9FA8" w14:textId="1E9E9A3C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F1A682" w14:textId="6AFBE46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8D7EBA" w14:textId="5C75CE9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437393" w14:textId="2E83068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B58540" w14:textId="739DCE5E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5C098" w14:textId="0802D2E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7A409D" w14:textId="0B0BD5D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DA61F" w14:textId="6017836D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E1B1C" w:rsidRPr="00686852" w14:paraId="33CEAA0B" w14:textId="77777777" w:rsidTr="006E6464">
        <w:tc>
          <w:tcPr>
            <w:tcW w:w="362" w:type="pct"/>
            <w:vAlign w:val="center"/>
          </w:tcPr>
          <w:p w14:paraId="04CC5D84" w14:textId="2E0F02F2" w:rsidR="000E1B1C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18.</w:t>
            </w:r>
          </w:p>
        </w:tc>
        <w:tc>
          <w:tcPr>
            <w:tcW w:w="1021" w:type="pct"/>
            <w:vAlign w:val="center"/>
          </w:tcPr>
          <w:p w14:paraId="2F2C4E19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1BCD0F3" w14:textId="59FC0E75" w:rsidR="000E1B1C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1DD454" w14:textId="34B0BD94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8D923" w14:textId="3599820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9EEBE9" w14:textId="282E8B2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CCF51A" w14:textId="1C9D55B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E3CDC5" w14:textId="5AEE6C0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59EAE9" w14:textId="07B32FDF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95DFAA" w14:textId="00404400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B22957" w14:textId="0119E32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E8CB5E" w14:textId="592B76D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E1B1C" w:rsidRPr="00686852" w14:paraId="02B0D861" w14:textId="77777777" w:rsidTr="006E6464">
        <w:tc>
          <w:tcPr>
            <w:tcW w:w="362" w:type="pct"/>
            <w:vAlign w:val="center"/>
          </w:tcPr>
          <w:p w14:paraId="6C40046A" w14:textId="5021A6CE" w:rsidR="000E1B1C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19.</w:t>
            </w:r>
          </w:p>
        </w:tc>
        <w:tc>
          <w:tcPr>
            <w:tcW w:w="1021" w:type="pct"/>
            <w:vAlign w:val="center"/>
          </w:tcPr>
          <w:p w14:paraId="6EF63FB4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7F6DD7D" w14:textId="52C04B8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547CCD" w14:textId="7B659A59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036A" w14:textId="5C67848A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3BCEDB" w14:textId="2C918AA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B56C4" w14:textId="667FFA8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BC6151" w14:textId="56BB2E8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EE268B" w14:textId="65F4422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495E70" w14:textId="669A1DCB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B8D483" w14:textId="737A76EF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BDA006" w14:textId="3C31A4E9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0E1B1C" w:rsidRPr="00686852" w14:paraId="6B8FF37A" w14:textId="77777777" w:rsidTr="006E6464">
        <w:tc>
          <w:tcPr>
            <w:tcW w:w="362" w:type="pct"/>
            <w:vAlign w:val="center"/>
          </w:tcPr>
          <w:p w14:paraId="24C81057" w14:textId="3345085D" w:rsidR="000E1B1C" w:rsidRDefault="000E1B1C" w:rsidP="000E1B1C">
            <w:pPr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20.</w:t>
            </w:r>
          </w:p>
        </w:tc>
        <w:tc>
          <w:tcPr>
            <w:tcW w:w="1021" w:type="pct"/>
            <w:vAlign w:val="center"/>
          </w:tcPr>
          <w:p w14:paraId="2A27B23F" w14:textId="7777777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DF028" w14:textId="176F86CB" w:rsidR="000E1B1C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7E452C" w14:textId="03DF4265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2FD21" w14:textId="66446FB4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55C995" w14:textId="160E9E6F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12336DD" w14:textId="49E0CF48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EFC9F0A" w14:textId="507CD785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C6E2C0E" w14:textId="6064E567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99D04CE" w14:textId="19C1835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CE2614" w14:textId="579062AC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97C5E7" w14:textId="59264D21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0E1B1C" w:rsidRPr="00686852" w14:paraId="14F4E070" w14:textId="77777777" w:rsidTr="006E6464">
        <w:tc>
          <w:tcPr>
            <w:tcW w:w="362" w:type="pct"/>
            <w:vMerge w:val="restart"/>
            <w:vAlign w:val="center"/>
          </w:tcPr>
          <w:p w14:paraId="62BFAAF7" w14:textId="48CE9DCD" w:rsidR="000E1B1C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021" w:type="pct"/>
            <w:vAlign w:val="center"/>
          </w:tcPr>
          <w:p w14:paraId="6E0EB885" w14:textId="731837E3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รายข้อ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C9AAA5" w14:textId="22BE8C65" w:rsidR="000E1B1C" w:rsidRPr="005F4236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5F4236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68.75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F50B" w14:textId="69E9898B" w:rsidR="000E1B1C" w:rsidRPr="005F4236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483308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45E2C" w14:textId="2A7DE6E9" w:rsidR="000E1B1C" w:rsidRPr="005F4236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81.25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D9CD9" w14:textId="7F8CE60C" w:rsidR="000E1B1C" w:rsidRPr="005F4236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5F4236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82.5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6E2A9" w14:textId="5B625984" w:rsidR="000E1B1C" w:rsidRPr="005F4236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5F4236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63.75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A23F38" w14:textId="6710F0CC" w:rsidR="000E1B1C" w:rsidRPr="005F4236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5F4236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67.5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60084F" w14:textId="0FF2A5C4" w:rsidR="000E1B1C" w:rsidRPr="005F4236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5F4236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65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2B84AE" w14:textId="6ACE1A01" w:rsidR="000E1B1C" w:rsidRPr="005F4236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5F4236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80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DFA13" w14:textId="0574291F" w:rsidR="000E1B1C" w:rsidRPr="005F4236" w:rsidRDefault="000E1B1C" w:rsidP="000E1B1C">
            <w:pPr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80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BF9647" w14:textId="65125FDB" w:rsidR="000E1B1C" w:rsidRPr="005F4236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83.75</w:t>
            </w:r>
          </w:p>
        </w:tc>
      </w:tr>
      <w:tr w:rsidR="000E1B1C" w:rsidRPr="00686852" w14:paraId="08CCB9A2" w14:textId="77777777" w:rsidTr="006E6464">
        <w:tc>
          <w:tcPr>
            <w:tcW w:w="362" w:type="pct"/>
            <w:vMerge/>
            <w:vAlign w:val="center"/>
          </w:tcPr>
          <w:p w14:paraId="2EF110B6" w14:textId="77777777" w:rsidR="000E1B1C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021" w:type="pct"/>
            <w:vAlign w:val="center"/>
          </w:tcPr>
          <w:p w14:paraId="711AEBE8" w14:textId="36B64236" w:rsidR="000E1B1C" w:rsidRPr="00686852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รายด้าน</w:t>
            </w:r>
          </w:p>
        </w:tc>
        <w:tc>
          <w:tcPr>
            <w:tcW w:w="1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016870" w14:textId="66A3C83A" w:rsidR="000E1B1C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 xml:space="preserve">K= </w:t>
            </w:r>
            <w:r w:rsidR="00414C64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75%</w:t>
            </w:r>
          </w:p>
        </w:tc>
        <w:tc>
          <w:tcPr>
            <w:tcW w:w="17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6EC6D" w14:textId="2BE7477A" w:rsidR="000E1B1C" w:rsidRPr="005F4236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P= 71.75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87EFF" w14:textId="53BAE35F" w:rsidR="000E1B1C" w:rsidRPr="005F4236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A= 8</w:t>
            </w:r>
            <w:r w:rsidR="00E950F3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.8</w:t>
            </w:r>
            <w:r w:rsidR="00E950F3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6E6464" w:rsidRPr="00686852" w14:paraId="1F74EF72" w14:textId="77777777" w:rsidTr="006E6464">
        <w:tc>
          <w:tcPr>
            <w:tcW w:w="362" w:type="pct"/>
            <w:vMerge/>
            <w:vAlign w:val="center"/>
          </w:tcPr>
          <w:p w14:paraId="2507FA24" w14:textId="77777777" w:rsidR="006E6464" w:rsidRDefault="006E6464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021" w:type="pct"/>
            <w:vAlign w:val="center"/>
          </w:tcPr>
          <w:p w14:paraId="3E13F8B7" w14:textId="461C43A1" w:rsidR="006E6464" w:rsidRDefault="006E6464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ทักษะการวิเคราะห์</w:t>
            </w:r>
          </w:p>
        </w:tc>
        <w:tc>
          <w:tcPr>
            <w:tcW w:w="1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3962D1" w14:textId="7F31A542" w:rsidR="006E6464" w:rsidRDefault="006E6464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ร้อยละ </w:t>
            </w:r>
            <w:r w:rsidR="00414C64"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lang w:bidi="th-TH"/>
              </w:rPr>
              <w:t>75</w:t>
            </w:r>
          </w:p>
        </w:tc>
        <w:tc>
          <w:tcPr>
            <w:tcW w:w="17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0B9B3" w14:textId="77777777" w:rsidR="006E6464" w:rsidRDefault="006E6464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0F6B3" w14:textId="77777777" w:rsidR="006E6464" w:rsidRDefault="006E6464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E1B1C" w:rsidRPr="00686852" w14:paraId="005CC287" w14:textId="77777777" w:rsidTr="006E6464">
        <w:tc>
          <w:tcPr>
            <w:tcW w:w="362" w:type="pct"/>
            <w:vMerge/>
            <w:vAlign w:val="center"/>
          </w:tcPr>
          <w:p w14:paraId="0DA79A77" w14:textId="77777777" w:rsidR="000E1B1C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021" w:type="pct"/>
            <w:vAlign w:val="center"/>
          </w:tcPr>
          <w:p w14:paraId="71DD89FD" w14:textId="0582C93B" w:rsidR="000E1B1C" w:rsidRDefault="000E1B1C" w:rsidP="000E1B1C">
            <w:pPr>
              <w:jc w:val="center"/>
              <w:outlineLvl w:val="2"/>
              <w:rPr>
                <w:rFonts w:ascii="TH Sarabun New" w:eastAsia="Times New Roman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ทักษะการแก้ปัญหา</w:t>
            </w:r>
          </w:p>
        </w:tc>
        <w:tc>
          <w:tcPr>
            <w:tcW w:w="361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62B23D" w14:textId="2E9EC8D5" w:rsidR="000E1B1C" w:rsidRDefault="000E1B1C" w:rsidP="000E1B1C">
            <w:pPr>
              <w:jc w:val="center"/>
              <w:outlineLvl w:val="2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 xml:space="preserve">คิดจากข้อมูลทั้งหมดในการทำกิจกรรมอละรายด้านทั้งหมดคิดเป็น 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lang w:bidi="th-TH"/>
              </w:rPr>
              <w:t>7</w:t>
            </w:r>
            <w:r w:rsidR="00E950F3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lang w:bidi="th-TH"/>
              </w:rPr>
              <w:t>1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lang w:bidi="th-TH"/>
              </w:rPr>
              <w:t>.75%</w:t>
            </w:r>
          </w:p>
        </w:tc>
      </w:tr>
      <w:bookmarkEnd w:id="4"/>
    </w:tbl>
    <w:p w14:paraId="49D78351" w14:textId="77777777" w:rsidR="007527F3" w:rsidRDefault="007527F3" w:rsidP="007527F3">
      <w:pPr>
        <w:spacing w:after="0" w:line="240" w:lineRule="auto"/>
        <w:outlineLvl w:val="2"/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</w:pPr>
    </w:p>
    <w:p w14:paraId="67BE663A" w14:textId="7C50FBC4" w:rsidR="007527F3" w:rsidRPr="007527F3" w:rsidRDefault="007527F3" w:rsidP="007527F3">
      <w:pPr>
        <w:spacing w:after="0" w:line="240" w:lineRule="auto"/>
        <w:outlineLvl w:val="2"/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</w:pPr>
      <w:r w:rsidRPr="007527F3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 xml:space="preserve">7. </w:t>
      </w:r>
      <w:r w:rsidRPr="007527F3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t xml:space="preserve">บันทึกผลหลังการจัดการเรียนรู้ ( </w:t>
      </w:r>
      <w:r w:rsidRPr="007527F3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 xml:space="preserve">K,P,A </w:t>
      </w:r>
      <w:r w:rsidRPr="007527F3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t xml:space="preserve">ยึดตาม </w:t>
      </w:r>
      <w:r w:rsidRPr="007527F3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 xml:space="preserve">SATITRAM model : </w:t>
      </w:r>
      <w:r w:rsidRPr="007527F3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t>การจัดการเรียนรู้ผ่านกิจกรรม)</w:t>
      </w:r>
    </w:p>
    <w:p w14:paraId="0E64BCA7" w14:textId="56E7CC8C" w:rsidR="007527F3" w:rsidRPr="007527F3" w:rsidRDefault="007527F3" w:rsidP="007527F3">
      <w:pPr>
        <w:spacing w:after="0" w:line="240" w:lineRule="auto"/>
        <w:outlineLvl w:val="2"/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</w:pPr>
      <w:r w:rsidRPr="007527F3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t xml:space="preserve">ชั้นมัธยมศึกษาปีที่ </w:t>
      </w:r>
      <w:r w:rsidR="00122741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>1</w:t>
      </w:r>
    </w:p>
    <w:p w14:paraId="49A616A1" w14:textId="027FD519" w:rsidR="007527F3" w:rsidRPr="007527F3" w:rsidRDefault="007527F3" w:rsidP="007527F3">
      <w:pPr>
        <w:spacing w:after="0" w:line="240" w:lineRule="auto"/>
        <w:outlineLvl w:val="2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 w:rsidRPr="007527F3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 xml:space="preserve">ด้าน </w:t>
      </w:r>
      <w:r w:rsidRPr="007527F3">
        <w:rPr>
          <w:rFonts w:ascii="TH Sarabun New" w:eastAsia="Times New Roman" w:hAnsi="TH Sarabun New" w:cs="TH Sarabun New"/>
          <w:sz w:val="32"/>
          <w:szCs w:val="32"/>
          <w:lang w:bidi="th-TH"/>
        </w:rPr>
        <w:t>K ………………………………………………………………………………………………………………………………</w:t>
      </w:r>
    </w:p>
    <w:p w14:paraId="03BEEEAA" w14:textId="45783A63" w:rsidR="007527F3" w:rsidRPr="007527F3" w:rsidRDefault="007527F3" w:rsidP="007527F3">
      <w:pPr>
        <w:spacing w:after="0" w:line="240" w:lineRule="auto"/>
        <w:outlineLvl w:val="2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 w:rsidRPr="007527F3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 xml:space="preserve">ด้าน </w:t>
      </w:r>
      <w:r w:rsidRPr="007527F3">
        <w:rPr>
          <w:rFonts w:ascii="TH Sarabun New" w:eastAsia="Times New Roman" w:hAnsi="TH Sarabun New" w:cs="TH Sarabun New"/>
          <w:sz w:val="32"/>
          <w:szCs w:val="32"/>
          <w:lang w:bidi="th-TH"/>
        </w:rPr>
        <w:t>P………………………………………………………………………………………………………………………………</w:t>
      </w:r>
    </w:p>
    <w:p w14:paraId="73331CE7" w14:textId="2CCC63BD" w:rsidR="005E6917" w:rsidRDefault="007527F3" w:rsidP="00A675F9">
      <w:pPr>
        <w:spacing w:after="0" w:line="240" w:lineRule="auto"/>
        <w:outlineLvl w:val="2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 w:rsidRPr="007527F3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 xml:space="preserve">ด้าน </w:t>
      </w:r>
      <w:r w:rsidRPr="007527F3">
        <w:rPr>
          <w:rFonts w:ascii="TH Sarabun New" w:eastAsia="Times New Roman" w:hAnsi="TH Sarabun New" w:cs="TH Sarabun New"/>
          <w:sz w:val="32"/>
          <w:szCs w:val="32"/>
          <w:lang w:bidi="th-TH"/>
        </w:rPr>
        <w:t>A …………………………………………………………………………………………………………………………</w:t>
      </w:r>
      <w:r w:rsidR="002E1236">
        <w:rPr>
          <w:rFonts w:ascii="TH Sarabun New" w:eastAsia="Times New Roman" w:hAnsi="TH Sarabun New" w:cs="TH Sarabun New"/>
          <w:sz w:val="32"/>
          <w:szCs w:val="32"/>
          <w:lang w:bidi="th-TH"/>
        </w:rPr>
        <w:t>…..</w:t>
      </w:r>
    </w:p>
    <w:p w14:paraId="45C713C8" w14:textId="77777777" w:rsidR="006A032C" w:rsidRPr="00586234" w:rsidRDefault="006A032C" w:rsidP="00A675F9">
      <w:pPr>
        <w:spacing w:after="0" w:line="240" w:lineRule="auto"/>
        <w:outlineLvl w:val="2"/>
        <w:rPr>
          <w:rFonts w:ascii="TH Sarabun New" w:eastAsia="Times New Roman" w:hAnsi="TH Sarabun New" w:cs="TH Sarabun New"/>
          <w:sz w:val="32"/>
          <w:szCs w:val="32"/>
          <w:lang w:bidi="th-TH"/>
        </w:rPr>
      </w:pPr>
    </w:p>
    <w:p w14:paraId="53C19E04" w14:textId="14B6A024" w:rsidR="007527F3" w:rsidRPr="007527F3" w:rsidRDefault="007527F3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 w:rsidRPr="007527F3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SATITRAM model : </w:t>
      </w:r>
      <w:r w:rsidRPr="007527F3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การจัดการเรียนรู้ผ่านกิจกรรม </w:t>
      </w:r>
    </w:p>
    <w:p w14:paraId="45D7E5CE" w14:textId="39112E55" w:rsidR="007527F3" w:rsidRPr="007527F3" w:rsidRDefault="007527F3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sym w:font="Wingdings 2" w:char="F052"/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 xml:space="preserve"> S (Smart Leadership) </w:t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> A</w:t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  <w:t xml:space="preserve"> (Academic Excellence)</w:t>
      </w:r>
    </w:p>
    <w:p w14:paraId="0697EE53" w14:textId="75591D66" w:rsidR="007527F3" w:rsidRPr="007527F3" w:rsidRDefault="007527F3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> T</w:t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  <w:t xml:space="preserve"> (Talent)</w:t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sym w:font="Wingdings 2" w:char="F052"/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 xml:space="preserve"> I</w:t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  <w:t xml:space="preserve"> (Innovation)</w:t>
      </w:r>
    </w:p>
    <w:p w14:paraId="0D9E9B81" w14:textId="21145814" w:rsidR="007527F3" w:rsidRDefault="007527F3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> T</w:t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  <w:t xml:space="preserve"> (Technology)</w:t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sym w:font="Wingdings 2" w:char="F052"/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 xml:space="preserve"> R</w:t>
      </w: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  <w:t xml:space="preserve"> (Responsibility/ Respect)</w:t>
      </w:r>
    </w:p>
    <w:p w14:paraId="09BC9876" w14:textId="2483BB27" w:rsidR="00A675F9" w:rsidRDefault="005E6917" w:rsidP="00A675F9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  <w:r w:rsidRPr="00963CFE">
        <w:rPr>
          <w:rFonts w:ascii="Browallia New" w:hAnsi="Browallia New" w:cs="Browallia New"/>
          <w:noProof/>
          <w:color w:val="000000" w:themeColor="text1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FD8CF1" wp14:editId="010D4FD7">
                <wp:simplePos x="0" y="0"/>
                <wp:positionH relativeFrom="margin">
                  <wp:posOffset>-449580</wp:posOffset>
                </wp:positionH>
                <wp:positionV relativeFrom="paragraph">
                  <wp:posOffset>494283</wp:posOffset>
                </wp:positionV>
                <wp:extent cx="6182360" cy="2214880"/>
                <wp:effectExtent l="0" t="0" r="889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0" cy="2214880"/>
                          <a:chOff x="0" y="0"/>
                          <a:chExt cx="6182409" cy="2215173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7434" y="0"/>
                            <a:ext cx="2974975" cy="8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EA392" w14:textId="77777777" w:rsidR="007527F3" w:rsidRPr="00233AEC" w:rsidRDefault="007527F3" w:rsidP="007527F3">
                              <w:pPr>
                                <w:pStyle w:val="a9"/>
                                <w:jc w:val="both"/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233AEC"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  <w:cs/>
                                </w:rPr>
                                <w:t>ลงชื่อ</w:t>
                              </w:r>
                              <w:r w:rsidRPr="00233AEC"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 xml:space="preserve">…………………………………………………….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18A5F5A1" w14:textId="77777777" w:rsidR="007527F3" w:rsidRDefault="007527F3" w:rsidP="007527F3">
                              <w:pPr>
                                <w:pStyle w:val="a9"/>
                                <w:jc w:val="both"/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233AEC"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 xml:space="preserve">  (……………………………………………..…….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  <w:p w14:paraId="31CCCFF2" w14:textId="77777777" w:rsidR="007527F3" w:rsidRDefault="007527F3" w:rsidP="007527F3">
                              <w:pPr>
                                <w:pStyle w:val="a9"/>
                                <w:jc w:val="both"/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                           ผู้สอน</w:t>
                              </w:r>
                            </w:p>
                            <w:p w14:paraId="19524212" w14:textId="77777777" w:rsidR="007527F3" w:rsidRDefault="007527F3" w:rsidP="007527F3"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3367" y="1153551"/>
                            <a:ext cx="2890520" cy="1040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A5ED8" w14:textId="77777777" w:rsidR="007527F3" w:rsidRPr="00233AEC" w:rsidRDefault="007527F3" w:rsidP="007527F3">
                              <w:pPr>
                                <w:pStyle w:val="a9"/>
                                <w:jc w:val="both"/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233AEC"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  <w:cs/>
                                </w:rPr>
                                <w:t>ลงชื่อ</w:t>
                              </w:r>
                              <w:r w:rsidRPr="00233AEC"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>…………………………………………………….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  <w:p w14:paraId="38852FA1" w14:textId="77777777" w:rsidR="007527F3" w:rsidRDefault="007527F3" w:rsidP="007527F3">
                              <w:pPr>
                                <w:pStyle w:val="a9"/>
                                <w:jc w:val="both"/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233AEC"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 xml:space="preserve">  (……………………………………………..…….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  <w:p w14:paraId="6880FEF0" w14:textId="77777777" w:rsidR="007527F3" w:rsidRDefault="007527F3" w:rsidP="007527F3"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                         ผู้อำนวยการ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9483"/>
                            <a:ext cx="2911475" cy="1075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B9CD3" w14:textId="77777777" w:rsidR="007527F3" w:rsidRPr="00233AEC" w:rsidRDefault="007527F3" w:rsidP="007527F3">
                              <w:pPr>
                                <w:pStyle w:val="a9"/>
                                <w:jc w:val="both"/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233AEC"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  <w:cs/>
                                </w:rPr>
                                <w:t>ลงชื่อ</w:t>
                              </w:r>
                              <w:r w:rsidRPr="00233AEC"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 xml:space="preserve">…………………………………………………….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  <w:p w14:paraId="261BF750" w14:textId="77777777" w:rsidR="007527F3" w:rsidRDefault="007527F3" w:rsidP="007527F3">
                              <w:pPr>
                                <w:pStyle w:val="a9"/>
                                <w:jc w:val="both"/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233AEC"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 xml:space="preserve">  (……………………………………………..…….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  <w:p w14:paraId="19EB756E" w14:textId="77777777" w:rsidR="007527F3" w:rsidRDefault="007527F3" w:rsidP="007527F3">
                              <w:pPr>
                                <w:pStyle w:val="a9"/>
                                <w:jc w:val="both"/>
                                <w:rPr>
                                  <w:rFonts w:ascii="TH SarabunPSK" w:eastAsia="Times New Roman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        หัวหน้ากลุ่มสาระการเรียนรู้</w:t>
                              </w:r>
                            </w:p>
                            <w:p w14:paraId="7904CDBB" w14:textId="77777777" w:rsidR="007527F3" w:rsidRDefault="007527F3" w:rsidP="007527F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D8CF1" id="Group 4" o:spid="_x0000_s1026" style="position:absolute;left:0;text-align:left;margin-left:-35.4pt;margin-top:38.9pt;width:486.8pt;height:174.4pt;z-index:251660288;mso-position-horizontal-relative:margin" coordsize="61824,22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32074;width:29750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3C0EA392" w14:textId="77777777" w:rsidR="007527F3" w:rsidRPr="00233AEC" w:rsidRDefault="007527F3" w:rsidP="007527F3">
                        <w:pPr>
                          <w:pStyle w:val="a9"/>
                          <w:jc w:val="both"/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</w:pPr>
                        <w:r w:rsidRPr="00233AEC"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  <w:cs/>
                          </w:rPr>
                          <w:t>ลงชื่อ</w:t>
                        </w:r>
                        <w:r w:rsidRPr="00233AEC"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 xml:space="preserve">……………………………………………………. </w:t>
                        </w:r>
                        <w:r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18A5F5A1" w14:textId="77777777" w:rsidR="007527F3" w:rsidRDefault="007527F3" w:rsidP="007527F3">
                        <w:pPr>
                          <w:pStyle w:val="a9"/>
                          <w:jc w:val="both"/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 xml:space="preserve">   </w:t>
                        </w:r>
                        <w:r w:rsidRPr="00233AEC"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 xml:space="preserve">  (……………………………………………..…….</w:t>
                        </w:r>
                        <w:r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>)</w:t>
                        </w:r>
                      </w:p>
                      <w:p w14:paraId="31CCCFF2" w14:textId="77777777" w:rsidR="007527F3" w:rsidRDefault="007527F3" w:rsidP="007527F3">
                        <w:pPr>
                          <w:pStyle w:val="a9"/>
                          <w:jc w:val="both"/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eastAsia="Times New Roman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                           ผู้สอน</w:t>
                        </w:r>
                      </w:p>
                      <w:p w14:paraId="19524212" w14:textId="77777777" w:rsidR="007527F3" w:rsidRDefault="007527F3" w:rsidP="007527F3"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28" type="#_x0000_t202" style="position:absolute;left:31933;top:11535;width:28905;height:10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14:paraId="142A5ED8" w14:textId="77777777" w:rsidR="007527F3" w:rsidRPr="00233AEC" w:rsidRDefault="007527F3" w:rsidP="007527F3">
                        <w:pPr>
                          <w:pStyle w:val="a9"/>
                          <w:jc w:val="both"/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</w:pPr>
                        <w:r w:rsidRPr="00233AEC"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  <w:cs/>
                          </w:rPr>
                          <w:t>ลงชื่อ</w:t>
                        </w:r>
                        <w:r w:rsidRPr="00233AEC"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>…………………………………………………….</w:t>
                        </w:r>
                        <w:r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 xml:space="preserve">  </w:t>
                        </w:r>
                      </w:p>
                      <w:p w14:paraId="38852FA1" w14:textId="77777777" w:rsidR="007527F3" w:rsidRDefault="007527F3" w:rsidP="007527F3">
                        <w:pPr>
                          <w:pStyle w:val="a9"/>
                          <w:jc w:val="both"/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 xml:space="preserve">   </w:t>
                        </w:r>
                        <w:r w:rsidRPr="00233AEC"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 xml:space="preserve">  (……………………………………………..…….</w:t>
                        </w:r>
                        <w:r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>)</w:t>
                        </w:r>
                      </w:p>
                      <w:p w14:paraId="6880FEF0" w14:textId="77777777" w:rsidR="007527F3" w:rsidRDefault="007527F3" w:rsidP="007527F3">
                        <w:r>
                          <w:rPr>
                            <w:rFonts w:hint="cs"/>
                            <w:cs/>
                          </w:rPr>
                          <w:t xml:space="preserve">                            ผู้อำนวยการ</w:t>
                        </w:r>
                      </w:p>
                    </w:txbxContent>
                  </v:textbox>
                </v:shape>
                <v:shape id="Text Box 2" o:spid="_x0000_s1029" type="#_x0000_t202" style="position:absolute;top:11394;width:29114;height:10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0ADB9CD3" w14:textId="77777777" w:rsidR="007527F3" w:rsidRPr="00233AEC" w:rsidRDefault="007527F3" w:rsidP="007527F3">
                        <w:pPr>
                          <w:pStyle w:val="a9"/>
                          <w:jc w:val="both"/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</w:pPr>
                        <w:r w:rsidRPr="00233AEC"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  <w:cs/>
                          </w:rPr>
                          <w:t>ลงชื่อ</w:t>
                        </w:r>
                        <w:r w:rsidRPr="00233AEC"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 xml:space="preserve">……………………………………………………. </w:t>
                        </w:r>
                        <w:r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 xml:space="preserve">  </w:t>
                        </w:r>
                      </w:p>
                      <w:p w14:paraId="261BF750" w14:textId="77777777" w:rsidR="007527F3" w:rsidRDefault="007527F3" w:rsidP="007527F3">
                        <w:pPr>
                          <w:pStyle w:val="a9"/>
                          <w:jc w:val="both"/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 xml:space="preserve">   </w:t>
                        </w:r>
                        <w:r w:rsidRPr="00233AEC"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 xml:space="preserve">  (……………………………………………..…….</w:t>
                        </w:r>
                        <w:r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  <w:t>)</w:t>
                        </w:r>
                      </w:p>
                      <w:p w14:paraId="19EB756E" w14:textId="77777777" w:rsidR="007527F3" w:rsidRDefault="007527F3" w:rsidP="007527F3">
                        <w:pPr>
                          <w:pStyle w:val="a9"/>
                          <w:jc w:val="both"/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eastAsia="Times New Roman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        หัวหน้ากลุ่มสาระการเรียนรู้</w:t>
                        </w:r>
                      </w:p>
                      <w:p w14:paraId="7904CDBB" w14:textId="77777777" w:rsidR="007527F3" w:rsidRDefault="007527F3" w:rsidP="007527F3"/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675F9" w:rsidRPr="00A675F9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sym w:font="Wingdings 2" w:char="F052"/>
      </w:r>
      <w:r w:rsidR="00A675F9" w:rsidRPr="007527F3">
        <w:rPr>
          <w:rFonts w:ascii="TH SarabunPSK" w:eastAsia="Calibri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="00A675F9"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>A</w:t>
      </w:r>
      <w:r w:rsidR="00A675F9"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  <w:t xml:space="preserve"> (Activities)</w:t>
      </w:r>
      <w:r w:rsidR="00A675F9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  <w:r w:rsidR="00A675F9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  <w:r w:rsidR="00A675F9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  <w:r w:rsidR="00A675F9"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> M</w:t>
      </w:r>
      <w:r w:rsidR="00A675F9"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  <w:t xml:space="preserve"> (Morality)</w:t>
      </w:r>
    </w:p>
    <w:p w14:paraId="59BE80A0" w14:textId="475F12BF" w:rsidR="008F7F0A" w:rsidRDefault="007527F3" w:rsidP="00A675F9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  <w:r w:rsidRPr="007527F3"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  <w:tab/>
      </w:r>
    </w:p>
    <w:p w14:paraId="353CC9D0" w14:textId="485C1F36" w:rsidR="00636C2B" w:rsidRDefault="00636C2B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26D74484" w14:textId="271B8164" w:rsidR="00636C2B" w:rsidRDefault="00636C2B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71615540" w14:textId="17A46F95" w:rsidR="00636C2B" w:rsidRDefault="00636C2B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163DAAAB" w14:textId="77777777" w:rsidR="00636C2B" w:rsidRDefault="00636C2B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7F8A0F7F" w14:textId="77777777" w:rsidR="00636C2B" w:rsidRDefault="00636C2B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75774C2E" w14:textId="77777777" w:rsidR="00636C2B" w:rsidRDefault="00636C2B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63878B1A" w14:textId="77777777" w:rsidR="00636C2B" w:rsidRDefault="00636C2B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5C861AAB" w14:textId="77777777" w:rsidR="00636C2B" w:rsidRDefault="00636C2B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3BA0C266" w14:textId="77777777" w:rsidR="00636C2B" w:rsidRDefault="00636C2B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61BD39A7" w14:textId="77777777" w:rsidR="00636C2B" w:rsidRDefault="00636C2B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10EB9554" w14:textId="77777777" w:rsidR="00636C2B" w:rsidRDefault="00636C2B" w:rsidP="007527F3">
      <w:pPr>
        <w:spacing w:after="0" w:line="240" w:lineRule="auto"/>
        <w:ind w:left="284" w:hanging="284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34B2DC29" w14:textId="77777777" w:rsidR="00586234" w:rsidRDefault="00586234" w:rsidP="002E1236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144"/>
          <w:szCs w:val="144"/>
          <w:lang w:bidi="th-TH"/>
        </w:rPr>
      </w:pPr>
    </w:p>
    <w:p w14:paraId="34D2386D" w14:textId="195388C6" w:rsidR="00636C2B" w:rsidRDefault="00795726" w:rsidP="00795726">
      <w:pPr>
        <w:spacing w:after="0" w:line="240" w:lineRule="auto"/>
        <w:ind w:left="284" w:hanging="284"/>
        <w:jc w:val="center"/>
        <w:rPr>
          <w:rFonts w:ascii="TH SarabunPSK" w:eastAsia="Calibri" w:hAnsi="TH SarabunPSK" w:cs="TH SarabunPSK"/>
          <w:b/>
          <w:bCs/>
          <w:color w:val="000000"/>
          <w:sz w:val="144"/>
          <w:szCs w:val="144"/>
          <w:lang w:bidi="th-TH"/>
        </w:rPr>
      </w:pPr>
      <w:r w:rsidRPr="00795726">
        <w:rPr>
          <w:rFonts w:ascii="TH SarabunPSK" w:eastAsia="Calibri" w:hAnsi="TH SarabunPSK" w:cs="TH SarabunPSK" w:hint="cs"/>
          <w:b/>
          <w:bCs/>
          <w:color w:val="000000"/>
          <w:sz w:val="144"/>
          <w:szCs w:val="144"/>
          <w:cs/>
          <w:lang w:bidi="th-TH"/>
        </w:rPr>
        <w:lastRenderedPageBreak/>
        <w:t>ภาคผนวก</w:t>
      </w:r>
    </w:p>
    <w:p w14:paraId="03D2053F" w14:textId="77777777" w:rsidR="00795726" w:rsidRDefault="00795726" w:rsidP="00721118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144"/>
          <w:szCs w:val="144"/>
          <w:lang w:bidi="th-TH"/>
        </w:rPr>
      </w:pPr>
    </w:p>
    <w:p w14:paraId="5430FEB3" w14:textId="77777777" w:rsidR="00721118" w:rsidRDefault="00721118" w:rsidP="00721118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5921272A" w14:textId="77777777" w:rsidR="006A032C" w:rsidRDefault="006A032C" w:rsidP="00721118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4B5BA983" w14:textId="77777777" w:rsidR="006A032C" w:rsidRDefault="006A032C" w:rsidP="00721118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341CC253" w14:textId="77777777" w:rsidR="006A032C" w:rsidRDefault="006A032C" w:rsidP="00721118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19096D4F" w14:textId="77777777" w:rsidR="006A032C" w:rsidRDefault="006A032C" w:rsidP="00721118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0A30B1D0" w14:textId="77777777" w:rsidR="006A032C" w:rsidRDefault="006A032C" w:rsidP="00721118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27EBECAF" w14:textId="77777777" w:rsidR="0033597D" w:rsidRDefault="0033597D" w:rsidP="00721118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6E112965" w14:textId="77777777" w:rsidR="00795726" w:rsidRDefault="00795726" w:rsidP="00795726">
      <w:pPr>
        <w:spacing w:after="0" w:line="240" w:lineRule="auto"/>
        <w:ind w:left="284" w:hanging="284"/>
        <w:jc w:val="center"/>
        <w:rPr>
          <w:rFonts w:ascii="TH SarabunPSK" w:eastAsia="Calibri" w:hAnsi="TH SarabunPSK" w:cs="TH SarabunPSK"/>
          <w:color w:val="000000"/>
          <w:sz w:val="32"/>
          <w:szCs w:val="32"/>
          <w:lang w:bidi="th-TH"/>
        </w:rPr>
      </w:pPr>
    </w:p>
    <w:p w14:paraId="4E31D986" w14:textId="06992F65" w:rsidR="00795726" w:rsidRDefault="00721118" w:rsidP="00795726">
      <w:pPr>
        <w:spacing w:after="0" w:line="240" w:lineRule="auto"/>
        <w:ind w:left="284" w:hanging="284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การนำ</w:t>
      </w:r>
      <w:r w:rsidR="00795726" w:rsidRPr="00795726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เกณฑ์การประเมินและรูบริก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ใน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 xml:space="preserve">SATITRAM model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ไปประยุกต์ใช้งาน</w:t>
      </w:r>
    </w:p>
    <w:p w14:paraId="6C90EC6E" w14:textId="77BAFAF8" w:rsidR="00721118" w:rsidRPr="00721118" w:rsidRDefault="00721118" w:rsidP="00586234">
      <w:pPr>
        <w:spacing w:after="0" w:line="240" w:lineRule="auto"/>
        <w:rPr>
          <w:rFonts w:ascii="TH SarabunPSK" w:eastAsia="Calibri" w:hAnsi="TH SarabunPSK" w:cs="TH SarabunPSK"/>
          <w:b/>
          <w:bCs/>
          <w:color w:val="00AA48"/>
          <w:sz w:val="32"/>
          <w:szCs w:val="32"/>
          <w:cs/>
          <w:lang w:bidi="th-TH"/>
        </w:rPr>
      </w:pPr>
      <w:r>
        <w:rPr>
          <w:rFonts w:ascii="TH SarabunPSK" w:eastAsia="Calibri" w:hAnsi="TH SarabunPSK" w:cs="TH SarabunPSK" w:hint="cs"/>
          <w:b/>
          <w:bCs/>
          <w:color w:val="00AA48"/>
          <w:sz w:val="32"/>
          <w:szCs w:val="32"/>
          <w:cs/>
          <w:lang w:bidi="th-TH"/>
        </w:rPr>
        <w:t xml:space="preserve">ด้านล่างเป็นตัวชี้วัดและรูบริกการประเมินของแต่ละทักษะใน </w:t>
      </w:r>
      <w:r>
        <w:rPr>
          <w:rFonts w:ascii="TH SarabunPSK" w:eastAsia="Calibri" w:hAnsi="TH SarabunPSK" w:cs="TH SarabunPSK"/>
          <w:b/>
          <w:bCs/>
          <w:color w:val="00AA48"/>
          <w:sz w:val="32"/>
          <w:szCs w:val="32"/>
          <w:lang w:bidi="th-TH"/>
        </w:rPr>
        <w:t xml:space="preserve">SATITRAM Model </w:t>
      </w:r>
      <w:r>
        <w:rPr>
          <w:rFonts w:ascii="TH SarabunPSK" w:eastAsia="Calibri" w:hAnsi="TH SarabunPSK" w:cs="TH SarabunPSK" w:hint="cs"/>
          <w:b/>
          <w:bCs/>
          <w:color w:val="00AA48"/>
          <w:sz w:val="32"/>
          <w:szCs w:val="32"/>
          <w:cs/>
          <w:lang w:bidi="th-TH"/>
        </w:rPr>
        <w:t>ท่านอาจารย์สามารถเลือกในประเด็นที่ตรงกับทักษะที่อาจารฝึกฝนและต้องการประเมินนักเรียนในกิจกรรมที่อาจารย์ให้นักเรียนทำ สามารถนำไปใช้ได้เลยหรือไปประยุกต์ตัวชี้วัดและรูบริกให้เข้ากับกิจกรรมของอาจารย์ได้เลย</w:t>
      </w:r>
    </w:p>
    <w:p w14:paraId="20DEA7AE" w14:textId="58B24DDD" w:rsidR="00795726" w:rsidRPr="00721118" w:rsidRDefault="00721118" w:rsidP="00721118">
      <w:pPr>
        <w:pStyle w:val="ae"/>
        <w:numPr>
          <w:ilvl w:val="0"/>
          <w:numId w:val="21"/>
        </w:num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 w:rsidRPr="00721118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ทักษะ</w:t>
      </w:r>
      <w:r w:rsidR="00795726" w:rsidRPr="00721118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>การคิดวิเคราะห์</w:t>
      </w:r>
    </w:p>
    <w:p w14:paraId="49739FED" w14:textId="4F643BB6" w:rsidR="00795726" w:rsidRDefault="00795726" w:rsidP="00795726">
      <w:pPr>
        <w:spacing w:after="0" w:line="240" w:lineRule="auto"/>
        <w:ind w:left="284" w:hanging="284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5353A49C" wp14:editId="21E4B4E0">
            <wp:extent cx="5486400" cy="2833688"/>
            <wp:effectExtent l="0" t="0" r="0" b="5080"/>
            <wp:docPr id="540556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56065" name=""/>
                    <pic:cNvPicPr/>
                  </pic:nvPicPr>
                  <pic:blipFill rotWithShape="1">
                    <a:blip r:embed="rId9"/>
                    <a:srcRect t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3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06275" w14:textId="77777777" w:rsidR="00795726" w:rsidRDefault="00795726" w:rsidP="00795726">
      <w:pPr>
        <w:spacing w:after="0" w:line="240" w:lineRule="auto"/>
        <w:ind w:left="284" w:hanging="284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AD58A7A" w14:textId="096DE360" w:rsidR="00795726" w:rsidRPr="002E1236" w:rsidRDefault="009B0CFA" w:rsidP="002E1236">
      <w:pPr>
        <w:pStyle w:val="ae"/>
        <w:numPr>
          <w:ilvl w:val="0"/>
          <w:numId w:val="21"/>
        </w:num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1F155D" wp14:editId="6A5DF21C">
            <wp:simplePos x="0" y="0"/>
            <wp:positionH relativeFrom="column">
              <wp:posOffset>-137160</wp:posOffset>
            </wp:positionH>
            <wp:positionV relativeFrom="paragraph">
              <wp:posOffset>358775</wp:posOffset>
            </wp:positionV>
            <wp:extent cx="5486400" cy="2804795"/>
            <wp:effectExtent l="0" t="0" r="0" b="0"/>
            <wp:wrapThrough wrapText="bothSides">
              <wp:wrapPolygon edited="0">
                <wp:start x="0" y="0"/>
                <wp:lineTo x="0" y="21419"/>
                <wp:lineTo x="21525" y="21419"/>
                <wp:lineTo x="21525" y="0"/>
                <wp:lineTo x="0" y="0"/>
              </wp:wrapPolygon>
            </wp:wrapThrough>
            <wp:docPr id="825398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98891" name=""/>
                    <pic:cNvPicPr/>
                  </pic:nvPicPr>
                  <pic:blipFill rotWithShape="1">
                    <a:blip r:embed="rId10"/>
                    <a:srcRect t="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726" w:rsidRPr="002E1236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การสื่อสาร </w:t>
      </w:r>
      <w:r w:rsidR="00795726" w:rsidRPr="002E1236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>(Communication Skills)</w:t>
      </w:r>
    </w:p>
    <w:p w14:paraId="1D8C32AB" w14:textId="0FE338C6" w:rsidR="000735F9" w:rsidRDefault="000735F9" w:rsidP="002E1236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3A890AC" wp14:editId="1B05AE44">
            <wp:simplePos x="0" y="0"/>
            <wp:positionH relativeFrom="column">
              <wp:posOffset>29845</wp:posOffset>
            </wp:positionH>
            <wp:positionV relativeFrom="paragraph">
              <wp:posOffset>3808095</wp:posOffset>
            </wp:positionV>
            <wp:extent cx="5485765" cy="2852420"/>
            <wp:effectExtent l="0" t="0" r="635" b="5080"/>
            <wp:wrapThrough wrapText="bothSides">
              <wp:wrapPolygon edited="0">
                <wp:start x="0" y="0"/>
                <wp:lineTo x="0" y="21494"/>
                <wp:lineTo x="21527" y="21494"/>
                <wp:lineTo x="21527" y="0"/>
                <wp:lineTo x="0" y="0"/>
              </wp:wrapPolygon>
            </wp:wrapThrough>
            <wp:docPr id="2089804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04527" name=""/>
                    <pic:cNvPicPr/>
                  </pic:nvPicPr>
                  <pic:blipFill rotWithShape="1">
                    <a:blip r:embed="rId11"/>
                    <a:srcRect t="7561" r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85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8B5E7" w14:textId="77777777" w:rsidR="002E1236" w:rsidRDefault="002E1236" w:rsidP="002E1236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CE89EBC" w14:textId="77777777" w:rsidR="002E1236" w:rsidRDefault="002E1236" w:rsidP="002E1236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50CBFA9" w14:textId="77777777" w:rsidR="002E1236" w:rsidRPr="002E1236" w:rsidRDefault="002E1236" w:rsidP="002E1236">
      <w:pPr>
        <w:spacing w:after="0" w:line="240" w:lineRule="auto"/>
        <w:ind w:left="360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9C3EF3D" w14:textId="77777777" w:rsidR="000735F9" w:rsidRDefault="000735F9" w:rsidP="00721118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6C2DEDF" w14:textId="77777777" w:rsidR="002E1236" w:rsidRDefault="002E1236" w:rsidP="00721118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AEA8578" w14:textId="77777777" w:rsidR="002E1236" w:rsidRPr="00721118" w:rsidRDefault="002E1236" w:rsidP="00721118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BD85C6B" w14:textId="15C1B846" w:rsidR="00795726" w:rsidRDefault="00227572" w:rsidP="002E1236">
      <w:pPr>
        <w:pStyle w:val="ae"/>
        <w:numPr>
          <w:ilvl w:val="0"/>
          <w:numId w:val="21"/>
        </w:num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b/>
          <w:bCs/>
          <w:noProof/>
          <w:color w:val="000000"/>
          <w:sz w:val="32"/>
          <w:szCs w:val="32"/>
          <w:lang w:val="th-TH" w:bidi="th-T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3C7259A" wp14:editId="285D10ED">
                <wp:simplePos x="0" y="0"/>
                <wp:positionH relativeFrom="column">
                  <wp:posOffset>-250115</wp:posOffset>
                </wp:positionH>
                <wp:positionV relativeFrom="paragraph">
                  <wp:posOffset>489846</wp:posOffset>
                </wp:positionV>
                <wp:extent cx="5543550" cy="5910058"/>
                <wp:effectExtent l="0" t="0" r="0" b="0"/>
                <wp:wrapNone/>
                <wp:docPr id="60200090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5910058"/>
                          <a:chOff x="0" y="0"/>
                          <a:chExt cx="5543550" cy="5910058"/>
                        </a:xfrm>
                      </wpg:grpSpPr>
                      <pic:pic xmlns:pic="http://schemas.openxmlformats.org/drawingml/2006/picture">
                        <pic:nvPicPr>
                          <pic:cNvPr id="134139057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7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85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55821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-1" t="8179" r="-1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6688"/>
                            <a:ext cx="5543550" cy="2833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B2B96" id="Group 3" o:spid="_x0000_s1026" style="position:absolute;margin-left:-19.7pt;margin-top:38.55pt;width:436.5pt;height:465.35pt;z-index:251667456" coordsize="55435,59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4864;height:28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">
                  <v:imagedata r:id="rId15" o:title="" croptop="4955f"/>
                </v:shape>
                <v:shape id="Picture 1" o:spid="_x0000_s1028" type="#_x0000_t75" style="position:absolute;top:30766;width:55435;height:28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">
                  <v:imagedata r:id="rId16" o:title="" croptop="5360f" cropleft="-1f" cropright="-682f"/>
                </v:shape>
              </v:group>
            </w:pict>
          </mc:Fallback>
        </mc:AlternateContent>
      </w:r>
      <w:r w:rsidR="00795726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  <w:lang w:bidi="th-TH"/>
        </w:rPr>
        <w:t xml:space="preserve">ทักษะความคิดสร้างสรรค์ </w:t>
      </w:r>
      <w:r w:rsidR="00795726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  <w:t>(Creativity Skills)</w:t>
      </w:r>
      <w:r w:rsidR="00721118" w:rsidRPr="00721118">
        <w:rPr>
          <w:noProof/>
        </w:rPr>
        <w:t xml:space="preserve"> </w:t>
      </w:r>
    </w:p>
    <w:p w14:paraId="63C066AF" w14:textId="2C31939F" w:rsidR="00721118" w:rsidRDefault="00721118" w:rsidP="00721118">
      <w:pPr>
        <w:pStyle w:val="ae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9E3AC19" w14:textId="5E0D54EB" w:rsidR="00721118" w:rsidRDefault="00721118" w:rsidP="00721118">
      <w:pPr>
        <w:pStyle w:val="ae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4A84127" w14:textId="6ED45552" w:rsidR="00721118" w:rsidRDefault="00721118" w:rsidP="00227572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E6D6BB1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13204764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60701418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473AF60C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1BA06271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1556F4C4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383CFA9B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053EC9FB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6299961A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26A216C2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1BF3F611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4CF198CE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25AB753F" w14:textId="77777777" w:rsidR="00C20B48" w:rsidRPr="00C20B48" w:rsidRDefault="00C20B48" w:rsidP="00C20B48">
      <w:pPr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32D08C2D" w14:textId="77777777" w:rsidR="00C20B48" w:rsidRDefault="00C20B48" w:rsidP="00C20B48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BF5DA70" w14:textId="11C9BFD9" w:rsid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sz w:val="32"/>
          <w:szCs w:val="32"/>
          <w:lang w:bidi="th-TH"/>
        </w:rPr>
        <w:tab/>
      </w:r>
    </w:p>
    <w:p w14:paraId="1F02EC0D" w14:textId="77777777" w:rsid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03035674" w14:textId="77777777" w:rsidR="00C20B48" w:rsidRDefault="00C20B48" w:rsidP="00C20B48">
      <w:pPr>
        <w:spacing w:after="0" w:line="240" w:lineRule="auto"/>
        <w:jc w:val="center"/>
        <w:outlineLvl w:val="2"/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 xml:space="preserve">ตัวอย่างแผนผังของชิ้นงาน </w:t>
      </w:r>
      <w:r w:rsidRPr="00A675F9">
        <w:rPr>
          <w:rFonts w:ascii="TH Sarabun New" w:eastAsia="Times New Roman" w:hAnsi="TH Sarabun New" w:cs="TH Sarabun New"/>
          <w:b/>
          <w:bCs/>
          <w:sz w:val="32"/>
          <w:szCs w:val="32"/>
          <w:cs/>
          <w:lang w:bidi="th-TH"/>
        </w:rPr>
        <w:t>“</w:t>
      </w:r>
      <w:r w:rsidRPr="00A675F9">
        <w:rPr>
          <w:rFonts w:ascii="TH Sarabun New" w:eastAsia="Times New Roman" w:hAnsi="TH Sarabun New" w:cs="TH Sarabun New"/>
          <w:b/>
          <w:bCs/>
          <w:sz w:val="32"/>
          <w:szCs w:val="32"/>
          <w:lang w:bidi="th-TH"/>
        </w:rPr>
        <w:t xml:space="preserve">My design: </w:t>
      </w:r>
      <w:r w:rsidRPr="00A675F9">
        <w:rPr>
          <w:rFonts w:ascii="TH Sarabun New" w:eastAsia="Times New Roman" w:hAnsi="TH Sarabun New" w:cs="TH Sarabun New" w:hint="cs"/>
          <w:b/>
          <w:bCs/>
          <w:sz w:val="32"/>
          <w:szCs w:val="32"/>
          <w:cs/>
          <w:lang w:bidi="th-TH"/>
        </w:rPr>
        <w:t>ศูนย์สภาวะทิ้งตัวบนทุ่งลาเวนเดอร์</w:t>
      </w:r>
      <w:r w:rsidRPr="00A675F9">
        <w:rPr>
          <w:rFonts w:ascii="TH Sarabun New" w:eastAsia="Times New Roman" w:hAnsi="TH Sarabun New" w:cs="TH Sarabun New" w:hint="eastAsia"/>
          <w:b/>
          <w:bCs/>
          <w:sz w:val="32"/>
          <w:szCs w:val="32"/>
          <w:cs/>
          <w:lang w:bidi="th-TH"/>
        </w:rPr>
        <w:t>”</w:t>
      </w:r>
    </w:p>
    <w:p w14:paraId="09D37FC1" w14:textId="5CD459A5" w:rsidR="009F5A60" w:rsidRDefault="009F5A60" w:rsidP="009F5A60">
      <w:pPr>
        <w:spacing w:after="0" w:line="240" w:lineRule="auto"/>
        <w:outlineLvl w:val="2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คำชี้แจง ให้นักเรียนออกแบบ </w:t>
      </w:r>
      <w:r w:rsidRPr="009F5A60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“ศูนย์สภาวะทิ้งตัวบนทุ่งลาเวนเดอร์”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 ซึ่งเป็นสถานที่ที่นักเรียนในโรงเรียนสามารถใช้งานได้ในช่วงเวลาที่ไม่มีเรียน เช่น นัดทำงานกลุ่ม นัดคุยกับเพื่อน นั่งทำการบ้าน ให้นักเรียนดูรูปแผนผังของโรงเรียนแห่งหนึ่งดังรูปด้านล่าง</w:t>
      </w:r>
      <w:r w:rsidR="00BE64A3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 ซึ่งมีพื้นที่ทั้งหมด </w:t>
      </w:r>
      <w:r w:rsidR="00BE64A3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800 </w:t>
      </w:r>
      <w:r w:rsidR="00BE64A3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ตารางวา ให้นักเรียนแต่กลุ่มวิเคราะห์แล้วสนทนาร่วมกันในการออกแบบศูนย์ดังกล่าว โดยมีเงื่อนไขดังต่อไปนี้</w:t>
      </w:r>
    </w:p>
    <w:p w14:paraId="1F4DC193" w14:textId="6B03099F" w:rsidR="00BE64A3" w:rsidRDefault="00BE64A3" w:rsidP="00BE64A3">
      <w:pPr>
        <w:pStyle w:val="ae"/>
        <w:numPr>
          <w:ilvl w:val="0"/>
          <w:numId w:val="22"/>
        </w:numPr>
        <w:spacing w:after="0" w:line="240" w:lineRule="auto"/>
        <w:outlineLvl w:val="2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ให้นักเรียนเลือกพื้นที่ว่าง 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10% 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ของพื้นที่ทั้งหมด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(โดยให้ระบุ</w:t>
      </w:r>
      <w:r w:rsid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ตำแหน่งและระบุ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ขนาดพื้นที่ที่เลือกมาออกแบบเป็นตารางเมตร)</w:t>
      </w:r>
    </w:p>
    <w:p w14:paraId="2DBBCEE1" w14:textId="4DA949AA" w:rsidR="00BE64A3" w:rsidRDefault="00BE64A3" w:rsidP="00BE64A3">
      <w:pPr>
        <w:pStyle w:val="ae"/>
        <w:numPr>
          <w:ilvl w:val="0"/>
          <w:numId w:val="22"/>
        </w:numPr>
        <w:spacing w:after="0" w:line="240" w:lineRule="auto"/>
        <w:outlineLvl w:val="2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ให้นักเรียนระบุชื่อสิ่งของ อุปกรณ์ตกแต่ง เฟอร์นิเจอร์ หรืออื่นๆ (เช่น ตู้เย็น ม้านั่ง ชั้นวางรองเท้า ชั้นวางของ </w:t>
      </w:r>
      <w:r w:rsidRPr="00BE64A3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มุมฟังเพลงผ่านหูฟัง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 อื่นๆ) ที่นักเรียนคิดว่าจำเป็นต่อนักเรียนที่ต้องการมาพักผ่อนหย่อนใจในสถานที่แห่งนี้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Pr="00BE64A3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“ศูนย์สภาวะทิ้งตัวบนทุ่งลาเวนเดอร์”</w:t>
      </w:r>
    </w:p>
    <w:p w14:paraId="1D24575B" w14:textId="0A749358" w:rsidR="00BE64A3" w:rsidRDefault="00BE64A3" w:rsidP="00BE64A3">
      <w:pPr>
        <w:pStyle w:val="ae"/>
        <w:numPr>
          <w:ilvl w:val="0"/>
          <w:numId w:val="22"/>
        </w:numPr>
        <w:spacing w:after="0" w:line="240" w:lineRule="auto"/>
        <w:outlineLvl w:val="2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หลังจากระบุชื่อสิ่งของต่างๆครบแล้ว</w:t>
      </w:r>
      <w:r w:rsidR="00414F3D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ให้นักเรียนนำสิ่งของที่เลือกในข้อ </w:t>
      </w:r>
      <w:r w:rsidR="00414F3D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2. </w:t>
      </w:r>
      <w:r w:rsid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มาจัดวางในพื้นที่ว่าง </w:t>
      </w:r>
      <w:r w:rsidR="00414F3D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(10%) </w:t>
      </w:r>
      <w:r w:rsid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ที่นักเรียนเลือกไว้ โดยการจัดวางสิ่งของต่างๆต้องจัดวางในพื้นที่ที่มี</w:t>
      </w:r>
      <w:r w:rsid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lastRenderedPageBreak/>
        <w:t>รูปร่างเป็นรูปเรขาคณิต เช่น สี่เหลี่ยม สามเหลี่ยม วงกลม หกเหลี่ยม เป็นต้น โดยนักเรียนจะต้องคำนวณว่าพื้นที่ว่างมีเท่าไหร่ และของแต่ละชิ้นที่จัดวางลงไปเป็นรูปเรขาคณิตอะไรและใช้พื้นที่เท่าไหร่</w:t>
      </w:r>
      <w:r w:rsidR="00414F3D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เหลือพื้นที่ว่างอีกเท่าไหร่ในการวางสิ่งของอื่นๆ</w:t>
      </w:r>
    </w:p>
    <w:p w14:paraId="725FDA01" w14:textId="48C2D336" w:rsidR="00414F3D" w:rsidRPr="00414F3D" w:rsidRDefault="00BE64A3" w:rsidP="00414F3D">
      <w:pPr>
        <w:pStyle w:val="ae"/>
        <w:numPr>
          <w:ilvl w:val="0"/>
          <w:numId w:val="22"/>
        </w:numPr>
        <w:spacing w:after="0" w:line="240" w:lineRule="auto"/>
        <w:outlineLvl w:val="2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การเลือกสิ่งของและการออกแบบในข้อ 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3. 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และ 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4. 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นักเรียนจะเลือกและออกแบบภายใต้ธีม มีความเหมาะสมต่อการจัดวาง</w:t>
      </w:r>
      <w:r w:rsidR="009B0CFA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(เน้นพื้นที่ใช้สอยให้เกิดประโยชน์สูงสุด จัดวางสิ่งของให้ใช้พื้นที่น้อยที่สุดเพื่อให้วางได้หลายชิ้นและเหลือพื้นที่ว่างให้ไม่รกเกินไป)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 มีความปลอดภัยสะดวกต่อการใช้งาน คุ้มค่าคุ้มราคา เป็นสิ่งที่มีประโยชน์</w:t>
      </w:r>
      <w:r w:rsid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และพึงพอใจ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ต่อนักเรียนผู้มาใช้บริการ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และ</w:t>
      </w:r>
      <w:r w:rsidR="00414F3D" w:rsidRP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ออกแบบ</w:t>
      </w:r>
      <w:r w:rsid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บูรณาการความรู้จากหลายรายวิชา (</w:t>
      </w:r>
      <w:r w:rsidR="00414F3D">
        <w:rPr>
          <w:rFonts w:ascii="TH Sarabun New" w:eastAsia="Times New Roman" w:hAnsi="TH Sarabun New" w:cs="TH Sarabun New"/>
          <w:sz w:val="32"/>
          <w:szCs w:val="32"/>
          <w:lang w:bidi="th-TH"/>
        </w:rPr>
        <w:t>STEM)</w:t>
      </w:r>
      <w:r w:rsidR="00414F3D"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="00414F3D" w:rsidRP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ตามหัวข้อด้านล่าง คือ</w:t>
      </w:r>
    </w:p>
    <w:p w14:paraId="623B58B7" w14:textId="75158AB1" w:rsidR="00414F3D" w:rsidRPr="00414F3D" w:rsidRDefault="00414F3D" w:rsidP="00414F3D">
      <w:pPr>
        <w:pStyle w:val="ae"/>
        <w:outlineLvl w:val="2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Science: </w:t>
      </w:r>
      <w:r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>S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(วิทยาศาสตร์)</w:t>
      </w:r>
      <w:r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Pr="00414F3D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วิเคราะห์พื้นที่</w:t>
      </w:r>
      <w:r w:rsidRP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โดยคำนึงถึง</w:t>
      </w:r>
      <w:r w:rsidRPr="00414F3D">
        <w:rPr>
          <w:rFonts w:ascii="TH Sarabun New" w:eastAsia="Times New Roman" w:hAnsi="TH Sarabun New" w:cs="TH Sarabun New" w:hint="cs"/>
          <w:sz w:val="32"/>
          <w:szCs w:val="32"/>
          <w:cs/>
        </w:rPr>
        <w:t>ความเหมาะสม ปลอดภัย คุ้มค่าคุ้มราคาและสวยงาม</w:t>
      </w:r>
      <w:r w:rsidRP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และใช้งานได้จริง</w:t>
      </w:r>
    </w:p>
    <w:p w14:paraId="19C7442B" w14:textId="32AC410B" w:rsidR="00414F3D" w:rsidRPr="00414F3D" w:rsidRDefault="00414F3D" w:rsidP="00414F3D">
      <w:pPr>
        <w:pStyle w:val="ae"/>
        <w:outlineLvl w:val="2"/>
        <w:rPr>
          <w:rFonts w:ascii="TH Sarabun New" w:eastAsia="Times New Roman" w:hAnsi="TH Sarabun New" w:cs="TH Sarabun New"/>
          <w:sz w:val="32"/>
          <w:szCs w:val="32"/>
          <w:cs/>
          <w:lang w:bidi="th-TH"/>
        </w:rPr>
      </w:pPr>
      <w:r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>T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>echnology</w:t>
      </w:r>
      <w:r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>: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T 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(เทคโนโลยี)</w:t>
      </w:r>
      <w:r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Pr="00414F3D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ใช้ไม้บรรทัด/โปรแทรกเตอร์</w:t>
      </w:r>
      <w:r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>/</w:t>
      </w:r>
      <w:r w:rsidRP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แอปพลิเคชันที่ช่วยในการออกแบบ/</w:t>
      </w:r>
      <w:r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>Ipad/</w:t>
      </w:r>
      <w:r w:rsidRP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กระดาษ</w:t>
      </w:r>
    </w:p>
    <w:p w14:paraId="0C8ED760" w14:textId="3408298F" w:rsidR="00414F3D" w:rsidRPr="00414F3D" w:rsidRDefault="00913E63" w:rsidP="00414F3D">
      <w:pPr>
        <w:pStyle w:val="ae"/>
        <w:outlineLvl w:val="2"/>
        <w:rPr>
          <w:rFonts w:ascii="TH Sarabun New" w:eastAsia="Times New Roman" w:hAnsi="TH Sarabun New" w:cs="TH Sarabun New"/>
          <w:sz w:val="32"/>
          <w:szCs w:val="32"/>
          <w:cs/>
          <w:lang w:bidi="th-TH"/>
        </w:rPr>
      </w:pPr>
      <w:r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>E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ngineering </w:t>
      </w:r>
      <w:r w:rsidR="00414F3D"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>: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E 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(วิศวกรรมศาสตร์)</w:t>
      </w:r>
      <w:r w:rsidR="00414F3D"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="00414F3D" w:rsidRPr="00414F3D">
        <w:rPr>
          <w:rFonts w:ascii="TH Sarabun New" w:eastAsia="Times New Roman" w:hAnsi="TH Sarabun New" w:cs="TH Sarabun New"/>
          <w:sz w:val="32"/>
          <w:szCs w:val="32"/>
          <w:cs/>
          <w:lang w:bidi="th-TH"/>
        </w:rPr>
        <w:t>ออกแบบผังสนาม</w:t>
      </w:r>
      <w:r w:rsidR="00414F3D" w:rsidRP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ตามเงื่อนไข สามารถใช้งานได้จริง</w:t>
      </w:r>
    </w:p>
    <w:p w14:paraId="5A27B6D5" w14:textId="165C7E47" w:rsidR="00BE64A3" w:rsidRPr="00BE64A3" w:rsidRDefault="00913E63" w:rsidP="00414F3D">
      <w:pPr>
        <w:pStyle w:val="ae"/>
        <w:spacing w:after="0" w:line="240" w:lineRule="auto"/>
        <w:outlineLvl w:val="2"/>
        <w:rPr>
          <w:rFonts w:ascii="TH Sarabun New" w:eastAsia="Times New Roman" w:hAnsi="TH Sarabun New" w:cs="TH Sarabun New"/>
          <w:sz w:val="32"/>
          <w:szCs w:val="32"/>
          <w:lang w:bidi="th-TH"/>
        </w:rPr>
      </w:pPr>
      <w:r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>M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athematics </w:t>
      </w:r>
      <w:r w:rsidR="00414F3D"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>:</w:t>
      </w:r>
      <w:r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M 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 xml:space="preserve">(คณิตศาสตร์) </w:t>
      </w:r>
      <w:r w:rsidR="00414F3D" w:rsidRPr="00414F3D">
        <w:rPr>
          <w:rFonts w:ascii="TH Sarabun New" w:eastAsia="Times New Roman" w:hAnsi="TH Sarabun New" w:cs="TH Sarabun New"/>
          <w:sz w:val="32"/>
          <w:szCs w:val="32"/>
          <w:lang w:bidi="th-TH"/>
        </w:rPr>
        <w:t xml:space="preserve"> </w:t>
      </w:r>
      <w:r w:rsidR="00414F3D" w:rsidRPr="00414F3D">
        <w:rPr>
          <w:rFonts w:ascii="TH Sarabun New" w:eastAsia="Times New Roman" w:hAnsi="TH Sarabun New" w:cs="TH Sarabun New"/>
          <w:sz w:val="32"/>
          <w:szCs w:val="32"/>
          <w:cs/>
        </w:rPr>
        <w:t>ใช้ความรู้เรขาคณิต</w:t>
      </w:r>
      <w:r w:rsidR="00414F3D" w:rsidRPr="00414F3D">
        <w:rPr>
          <w:rFonts w:ascii="TH Sarabun New" w:eastAsia="Times New Roman" w:hAnsi="TH Sarabun New" w:cs="TH Sarabun New" w:hint="cs"/>
          <w:sz w:val="32"/>
          <w:szCs w:val="32"/>
          <w:cs/>
          <w:lang w:bidi="th-TH"/>
        </w:rPr>
        <w:t>ไปใช้ในการวางของตกแต่งในพื้นที่ของการออกแบบศูนย์ฯ ที่กำหนดให้</w:t>
      </w:r>
    </w:p>
    <w:p w14:paraId="3194F012" w14:textId="3218496D" w:rsidR="00C20B48" w:rsidRP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</w:p>
    <w:p w14:paraId="30FA4ECD" w14:textId="77777777" w:rsid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57F51676" w14:textId="5B4F5E33" w:rsidR="00913E63" w:rsidRDefault="00913E63" w:rsidP="00F87B3C">
      <w:pPr>
        <w:tabs>
          <w:tab w:val="left" w:pos="2136"/>
        </w:tabs>
        <w:jc w:val="center"/>
        <w:rPr>
          <w:rFonts w:ascii="TH SarabunPSK" w:eastAsia="Calibri" w:hAnsi="TH SarabunPSK" w:cs="TH SarabunPSK"/>
          <w:b/>
          <w:bCs/>
          <w:sz w:val="56"/>
          <w:szCs w:val="56"/>
          <w:lang w:bidi="th-TH"/>
        </w:rPr>
        <w:sectPr w:rsidR="00913E63" w:rsidSect="00B46F6C">
          <w:headerReference w:type="default" r:id="rId17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5B3A744" wp14:editId="663D4DB9">
            <wp:simplePos x="0" y="0"/>
            <wp:positionH relativeFrom="column">
              <wp:posOffset>757555</wp:posOffset>
            </wp:positionH>
            <wp:positionV relativeFrom="paragraph">
              <wp:posOffset>-543560</wp:posOffset>
            </wp:positionV>
            <wp:extent cx="3894455" cy="6162040"/>
            <wp:effectExtent l="9208" t="0" r="952" b="953"/>
            <wp:wrapThrough wrapText="bothSides">
              <wp:wrapPolygon edited="0">
                <wp:start x="21549" y="-32"/>
                <wp:lineTo x="100" y="-32"/>
                <wp:lineTo x="100" y="21537"/>
                <wp:lineTo x="21549" y="21537"/>
                <wp:lineTo x="21549" y="-32"/>
              </wp:wrapPolygon>
            </wp:wrapThrough>
            <wp:docPr id="626426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262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4455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E63">
        <w:rPr>
          <w:rFonts w:ascii="TH SarabunPSK" w:eastAsia="Calibri" w:hAnsi="TH SarabunPSK" w:cs="TH SarabunPSK" w:hint="cs"/>
          <w:b/>
          <w:bCs/>
          <w:sz w:val="56"/>
          <w:szCs w:val="56"/>
          <w:cs/>
          <w:lang w:bidi="th-TH"/>
        </w:rPr>
        <w:t>รูปผังโรงเรียนแห่งหนึ่</w:t>
      </w:r>
      <w:r w:rsidR="00F87B3C">
        <w:rPr>
          <w:rFonts w:ascii="TH SarabunPSK" w:eastAsia="Calibri" w:hAnsi="TH SarabunPSK" w:cs="TH SarabunPSK" w:hint="cs"/>
          <w:b/>
          <w:bCs/>
          <w:sz w:val="56"/>
          <w:szCs w:val="56"/>
          <w:cs/>
          <w:lang w:bidi="th-TH"/>
        </w:rPr>
        <w:t>ง</w:t>
      </w:r>
    </w:p>
    <w:p w14:paraId="61129520" w14:textId="567F9ECB" w:rsidR="00C20B48" w:rsidRPr="00913E63" w:rsidRDefault="00913E63" w:rsidP="00913E63">
      <w:pPr>
        <w:tabs>
          <w:tab w:val="left" w:pos="2136"/>
        </w:tabs>
        <w:jc w:val="center"/>
        <w:rPr>
          <w:rFonts w:ascii="TH SarabunPSK" w:eastAsia="Calibri" w:hAnsi="TH SarabunPSK" w:cs="TH SarabunPSK"/>
          <w:b/>
          <w:bCs/>
          <w:sz w:val="56"/>
          <w:szCs w:val="56"/>
          <w:cs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77B6F63" wp14:editId="6FAF8436">
            <wp:simplePos x="0" y="0"/>
            <wp:positionH relativeFrom="column">
              <wp:posOffset>370840</wp:posOffset>
            </wp:positionH>
            <wp:positionV relativeFrom="paragraph">
              <wp:posOffset>762000</wp:posOffset>
            </wp:positionV>
            <wp:extent cx="4897120" cy="7345680"/>
            <wp:effectExtent l="0" t="0" r="0" b="7620"/>
            <wp:wrapThrough wrapText="bothSides">
              <wp:wrapPolygon edited="0">
                <wp:start x="0" y="0"/>
                <wp:lineTo x="0" y="21566"/>
                <wp:lineTo x="21510" y="21566"/>
                <wp:lineTo x="21510" y="0"/>
                <wp:lineTo x="0" y="0"/>
              </wp:wrapPolygon>
            </wp:wrapThrough>
            <wp:docPr id="651853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535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b/>
          <w:bCs/>
          <w:sz w:val="56"/>
          <w:szCs w:val="56"/>
          <w:cs/>
          <w:lang w:bidi="th-TH"/>
        </w:rPr>
        <w:t>ตัวอย่าง</w:t>
      </w:r>
      <w:r w:rsidR="00860514">
        <w:rPr>
          <w:rFonts w:ascii="TH SarabunPSK" w:eastAsia="Calibri" w:hAnsi="TH SarabunPSK" w:cs="TH SarabunPSK" w:hint="cs"/>
          <w:b/>
          <w:bCs/>
          <w:sz w:val="56"/>
          <w:szCs w:val="56"/>
          <w:cs/>
          <w:lang w:bidi="th-TH"/>
        </w:rPr>
        <w:t>งาน</w:t>
      </w:r>
      <w:r>
        <w:rPr>
          <w:rFonts w:ascii="TH SarabunPSK" w:eastAsia="Calibri" w:hAnsi="TH SarabunPSK" w:cs="TH SarabunPSK" w:hint="cs"/>
          <w:b/>
          <w:bCs/>
          <w:sz w:val="56"/>
          <w:szCs w:val="56"/>
          <w:cs/>
          <w:lang w:bidi="th-TH"/>
        </w:rPr>
        <w:t>ที่นักเรียนออกแบบ</w:t>
      </w:r>
    </w:p>
    <w:p w14:paraId="7E775C0D" w14:textId="3FA123F4" w:rsid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34812F31" w14:textId="77777777" w:rsid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173063CD" w14:textId="77777777" w:rsid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38D3A018" w14:textId="77777777" w:rsid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1B5BF49E" w14:textId="77777777" w:rsid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48AB2F28" w14:textId="77777777" w:rsid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4C88C29C" w14:textId="77777777" w:rsid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sz w:val="32"/>
          <w:szCs w:val="32"/>
          <w:lang w:bidi="th-TH"/>
        </w:rPr>
      </w:pPr>
    </w:p>
    <w:p w14:paraId="6D312D77" w14:textId="77777777" w:rsidR="00913E63" w:rsidRDefault="00913E63" w:rsidP="009F5A60">
      <w:pPr>
        <w:tabs>
          <w:tab w:val="left" w:pos="213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24377BEC" w14:textId="77777777" w:rsidR="00913E63" w:rsidRDefault="00913E63" w:rsidP="009F5A60">
      <w:pPr>
        <w:tabs>
          <w:tab w:val="left" w:pos="213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486709AD" w14:textId="77777777" w:rsidR="00913E63" w:rsidRDefault="00913E63" w:rsidP="009F5A60">
      <w:pPr>
        <w:tabs>
          <w:tab w:val="left" w:pos="213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5CF81BEA" w14:textId="77777777" w:rsidR="00913E63" w:rsidRDefault="00913E63" w:rsidP="009F5A60">
      <w:pPr>
        <w:tabs>
          <w:tab w:val="left" w:pos="213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6CA8167A" w14:textId="77777777" w:rsidR="00913E63" w:rsidRDefault="00913E63" w:rsidP="009F5A60">
      <w:pPr>
        <w:tabs>
          <w:tab w:val="left" w:pos="213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6C14D80C" w14:textId="77777777" w:rsidR="00913E63" w:rsidRDefault="00913E63" w:rsidP="009F5A60">
      <w:pPr>
        <w:tabs>
          <w:tab w:val="left" w:pos="213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04E5F096" w14:textId="77777777" w:rsidR="00913E63" w:rsidRDefault="00913E63" w:rsidP="009F5A60">
      <w:pPr>
        <w:tabs>
          <w:tab w:val="left" w:pos="213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57F3E0B3" w14:textId="77777777" w:rsidR="00913E63" w:rsidRDefault="00913E63" w:rsidP="009F5A60">
      <w:pPr>
        <w:tabs>
          <w:tab w:val="left" w:pos="213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181425A6" w14:textId="65B6720D" w:rsidR="00913E63" w:rsidRDefault="00913E63" w:rsidP="009F5A60">
      <w:pPr>
        <w:tabs>
          <w:tab w:val="left" w:pos="2136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6CB63B6E" w14:textId="1080FD80" w:rsidR="00C20B48" w:rsidRPr="00C20B48" w:rsidRDefault="00C20B48" w:rsidP="00C20B48">
      <w:pPr>
        <w:tabs>
          <w:tab w:val="left" w:pos="2136"/>
        </w:tabs>
        <w:rPr>
          <w:rFonts w:ascii="TH SarabunPSK" w:eastAsia="Calibri" w:hAnsi="TH SarabunPSK" w:cs="TH SarabunPSK"/>
          <w:sz w:val="32"/>
          <w:szCs w:val="32"/>
          <w:cs/>
          <w:lang w:bidi="th-TH"/>
        </w:rPr>
      </w:pPr>
    </w:p>
    <w:sectPr w:rsidR="00C20B48" w:rsidRPr="00C20B48" w:rsidSect="00B46F6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BE22A" w14:textId="77777777" w:rsidR="002A4781" w:rsidRDefault="002A4781" w:rsidP="00AA7082">
      <w:pPr>
        <w:spacing w:after="0" w:line="240" w:lineRule="auto"/>
      </w:pPr>
      <w:r>
        <w:separator/>
      </w:r>
    </w:p>
  </w:endnote>
  <w:endnote w:type="continuationSeparator" w:id="0">
    <w:p w14:paraId="1CEC0509" w14:textId="77777777" w:rsidR="002A4781" w:rsidRDefault="002A4781" w:rsidP="00AA7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8D259" w14:textId="77777777" w:rsidR="002A4781" w:rsidRDefault="002A4781" w:rsidP="00AA7082">
      <w:pPr>
        <w:spacing w:after="0" w:line="240" w:lineRule="auto"/>
      </w:pPr>
      <w:r>
        <w:separator/>
      </w:r>
    </w:p>
  </w:footnote>
  <w:footnote w:type="continuationSeparator" w:id="0">
    <w:p w14:paraId="523ABAAD" w14:textId="77777777" w:rsidR="002A4781" w:rsidRDefault="002A4781" w:rsidP="00AA7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51414902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28"/>
        <w:szCs w:val="28"/>
      </w:rPr>
    </w:sdtEndPr>
    <w:sdtContent>
      <w:p w14:paraId="2D88353E" w14:textId="0E05FDA1" w:rsidR="00AA7082" w:rsidRPr="00AA7082" w:rsidRDefault="00AA7082">
        <w:pPr>
          <w:pStyle w:val="a5"/>
          <w:jc w:val="right"/>
          <w:rPr>
            <w:rFonts w:ascii="TH Sarabun New" w:hAnsi="TH Sarabun New" w:cs="TH Sarabun New"/>
            <w:sz w:val="28"/>
            <w:szCs w:val="28"/>
          </w:rPr>
        </w:pPr>
        <w:r w:rsidRPr="00AA7082">
          <w:rPr>
            <w:rFonts w:ascii="TH Sarabun New" w:hAnsi="TH Sarabun New" w:cs="TH Sarabun New"/>
            <w:sz w:val="28"/>
            <w:szCs w:val="28"/>
          </w:rPr>
          <w:fldChar w:fldCharType="begin"/>
        </w:r>
        <w:r w:rsidRPr="00AA7082">
          <w:rPr>
            <w:rFonts w:ascii="TH Sarabun New" w:hAnsi="TH Sarabun New" w:cs="TH Sarabun New"/>
            <w:sz w:val="28"/>
            <w:szCs w:val="28"/>
          </w:rPr>
          <w:instrText xml:space="preserve"> PAGE   \* MERGEFORMAT </w:instrText>
        </w:r>
        <w:r w:rsidRPr="00AA7082">
          <w:rPr>
            <w:rFonts w:ascii="TH Sarabun New" w:hAnsi="TH Sarabun New" w:cs="TH Sarabun New"/>
            <w:sz w:val="28"/>
            <w:szCs w:val="28"/>
          </w:rPr>
          <w:fldChar w:fldCharType="separate"/>
        </w:r>
        <w:r w:rsidRPr="00AA7082">
          <w:rPr>
            <w:rFonts w:ascii="TH Sarabun New" w:hAnsi="TH Sarabun New" w:cs="TH Sarabun New"/>
            <w:noProof/>
            <w:sz w:val="28"/>
            <w:szCs w:val="28"/>
          </w:rPr>
          <w:t>2</w:t>
        </w:r>
        <w:r w:rsidRPr="00AA7082">
          <w:rPr>
            <w:rFonts w:ascii="TH Sarabun New" w:hAnsi="TH Sarabun New" w:cs="TH Sarabun New"/>
            <w:noProof/>
            <w:sz w:val="28"/>
            <w:szCs w:val="28"/>
          </w:rPr>
          <w:fldChar w:fldCharType="end"/>
        </w:r>
      </w:p>
    </w:sdtContent>
  </w:sdt>
  <w:p w14:paraId="3764755E" w14:textId="77777777" w:rsidR="00AA7082" w:rsidRDefault="00AA708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9B1418"/>
    <w:multiLevelType w:val="multilevel"/>
    <w:tmpl w:val="2C26F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222130"/>
    <w:multiLevelType w:val="hybridMultilevel"/>
    <w:tmpl w:val="E20441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4C6BA3"/>
    <w:multiLevelType w:val="multilevel"/>
    <w:tmpl w:val="397EE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DB1AA8"/>
    <w:multiLevelType w:val="multilevel"/>
    <w:tmpl w:val="ADC4E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0C0CFC"/>
    <w:multiLevelType w:val="multilevel"/>
    <w:tmpl w:val="8B38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242016"/>
    <w:multiLevelType w:val="hybridMultilevel"/>
    <w:tmpl w:val="F6642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854A82"/>
    <w:multiLevelType w:val="multilevel"/>
    <w:tmpl w:val="22C8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606382"/>
    <w:multiLevelType w:val="hybridMultilevel"/>
    <w:tmpl w:val="E2044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FF75F3"/>
    <w:multiLevelType w:val="hybridMultilevel"/>
    <w:tmpl w:val="C420B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F10856"/>
    <w:multiLevelType w:val="hybridMultilevel"/>
    <w:tmpl w:val="F740F0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F8F1820"/>
    <w:multiLevelType w:val="multilevel"/>
    <w:tmpl w:val="62D4D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5D732E"/>
    <w:multiLevelType w:val="multilevel"/>
    <w:tmpl w:val="F9CE0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7541078D"/>
    <w:multiLevelType w:val="hybridMultilevel"/>
    <w:tmpl w:val="9992E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8A6EFF"/>
    <w:multiLevelType w:val="multilevel"/>
    <w:tmpl w:val="1170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5524171">
    <w:abstractNumId w:val="8"/>
  </w:num>
  <w:num w:numId="2" w16cid:durableId="1321302812">
    <w:abstractNumId w:val="6"/>
  </w:num>
  <w:num w:numId="3" w16cid:durableId="2123642105">
    <w:abstractNumId w:val="5"/>
  </w:num>
  <w:num w:numId="4" w16cid:durableId="1842550007">
    <w:abstractNumId w:val="4"/>
  </w:num>
  <w:num w:numId="5" w16cid:durableId="1007712886">
    <w:abstractNumId w:val="7"/>
  </w:num>
  <w:num w:numId="6" w16cid:durableId="45028108">
    <w:abstractNumId w:val="3"/>
  </w:num>
  <w:num w:numId="7" w16cid:durableId="515728253">
    <w:abstractNumId w:val="2"/>
  </w:num>
  <w:num w:numId="8" w16cid:durableId="1127042729">
    <w:abstractNumId w:val="1"/>
  </w:num>
  <w:num w:numId="9" w16cid:durableId="1520461153">
    <w:abstractNumId w:val="0"/>
  </w:num>
  <w:num w:numId="10" w16cid:durableId="984816122">
    <w:abstractNumId w:val="13"/>
  </w:num>
  <w:num w:numId="11" w16cid:durableId="2089574352">
    <w:abstractNumId w:val="20"/>
  </w:num>
  <w:num w:numId="12" w16cid:durableId="897085733">
    <w:abstractNumId w:val="11"/>
  </w:num>
  <w:num w:numId="13" w16cid:durableId="18745993">
    <w:abstractNumId w:val="22"/>
  </w:num>
  <w:num w:numId="14" w16cid:durableId="677469824">
    <w:abstractNumId w:val="9"/>
  </w:num>
  <w:num w:numId="15" w16cid:durableId="389764927">
    <w:abstractNumId w:val="18"/>
  </w:num>
  <w:num w:numId="16" w16cid:durableId="55251400">
    <w:abstractNumId w:val="12"/>
  </w:num>
  <w:num w:numId="17" w16cid:durableId="1010335552">
    <w:abstractNumId w:val="19"/>
  </w:num>
  <w:num w:numId="18" w16cid:durableId="928998994">
    <w:abstractNumId w:val="15"/>
  </w:num>
  <w:num w:numId="19" w16cid:durableId="742069401">
    <w:abstractNumId w:val="17"/>
  </w:num>
  <w:num w:numId="20" w16cid:durableId="365372114">
    <w:abstractNumId w:val="14"/>
  </w:num>
  <w:num w:numId="21" w16cid:durableId="1703938290">
    <w:abstractNumId w:val="21"/>
  </w:num>
  <w:num w:numId="22" w16cid:durableId="224150838">
    <w:abstractNumId w:val="16"/>
  </w:num>
  <w:num w:numId="23" w16cid:durableId="17078766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787F"/>
    <w:rsid w:val="000335A3"/>
    <w:rsid w:val="00034616"/>
    <w:rsid w:val="00051A66"/>
    <w:rsid w:val="00054570"/>
    <w:rsid w:val="0006063C"/>
    <w:rsid w:val="000735F9"/>
    <w:rsid w:val="000948A6"/>
    <w:rsid w:val="000952DA"/>
    <w:rsid w:val="00096306"/>
    <w:rsid w:val="000A34DD"/>
    <w:rsid w:val="000E1464"/>
    <w:rsid w:val="000E1B1C"/>
    <w:rsid w:val="000F3668"/>
    <w:rsid w:val="00102175"/>
    <w:rsid w:val="00122741"/>
    <w:rsid w:val="0015074B"/>
    <w:rsid w:val="001817A5"/>
    <w:rsid w:val="001A0BC3"/>
    <w:rsid w:val="001A1822"/>
    <w:rsid w:val="001B71A8"/>
    <w:rsid w:val="001D6F51"/>
    <w:rsid w:val="001F2885"/>
    <w:rsid w:val="00227572"/>
    <w:rsid w:val="0029639D"/>
    <w:rsid w:val="002A09FC"/>
    <w:rsid w:val="002A2C7F"/>
    <w:rsid w:val="002A40F8"/>
    <w:rsid w:val="002A4781"/>
    <w:rsid w:val="002B67B3"/>
    <w:rsid w:val="002D43C3"/>
    <w:rsid w:val="002E1236"/>
    <w:rsid w:val="00304832"/>
    <w:rsid w:val="0030547F"/>
    <w:rsid w:val="00326F90"/>
    <w:rsid w:val="003311B5"/>
    <w:rsid w:val="0033597D"/>
    <w:rsid w:val="00342925"/>
    <w:rsid w:val="0034637B"/>
    <w:rsid w:val="00352F0D"/>
    <w:rsid w:val="00354852"/>
    <w:rsid w:val="00387C5F"/>
    <w:rsid w:val="00390ACA"/>
    <w:rsid w:val="003C6B4F"/>
    <w:rsid w:val="003F62F2"/>
    <w:rsid w:val="00411932"/>
    <w:rsid w:val="00414C64"/>
    <w:rsid w:val="00414F3D"/>
    <w:rsid w:val="004179E9"/>
    <w:rsid w:val="00420772"/>
    <w:rsid w:val="004744BB"/>
    <w:rsid w:val="00483308"/>
    <w:rsid w:val="004B1FA3"/>
    <w:rsid w:val="004C4FA3"/>
    <w:rsid w:val="004F6774"/>
    <w:rsid w:val="00507602"/>
    <w:rsid w:val="00532164"/>
    <w:rsid w:val="005635B0"/>
    <w:rsid w:val="005727A0"/>
    <w:rsid w:val="00586234"/>
    <w:rsid w:val="00586E1C"/>
    <w:rsid w:val="005B153B"/>
    <w:rsid w:val="005B7649"/>
    <w:rsid w:val="005D42E9"/>
    <w:rsid w:val="005E4FDA"/>
    <w:rsid w:val="005E6917"/>
    <w:rsid w:val="005F4236"/>
    <w:rsid w:val="00603A9C"/>
    <w:rsid w:val="00636C2B"/>
    <w:rsid w:val="0065348E"/>
    <w:rsid w:val="0068564D"/>
    <w:rsid w:val="00686852"/>
    <w:rsid w:val="00694AAE"/>
    <w:rsid w:val="006A032C"/>
    <w:rsid w:val="006C6253"/>
    <w:rsid w:val="006D3577"/>
    <w:rsid w:val="006E6464"/>
    <w:rsid w:val="006F1E45"/>
    <w:rsid w:val="006F6E85"/>
    <w:rsid w:val="00717672"/>
    <w:rsid w:val="00717A9F"/>
    <w:rsid w:val="00721118"/>
    <w:rsid w:val="0074756C"/>
    <w:rsid w:val="007527F3"/>
    <w:rsid w:val="00774146"/>
    <w:rsid w:val="00795726"/>
    <w:rsid w:val="007B4B85"/>
    <w:rsid w:val="007B52AF"/>
    <w:rsid w:val="007D1A8D"/>
    <w:rsid w:val="007F41D3"/>
    <w:rsid w:val="00824E48"/>
    <w:rsid w:val="00860514"/>
    <w:rsid w:val="00861C64"/>
    <w:rsid w:val="008765D0"/>
    <w:rsid w:val="008B7F95"/>
    <w:rsid w:val="008F7F0A"/>
    <w:rsid w:val="00913E63"/>
    <w:rsid w:val="0092573B"/>
    <w:rsid w:val="00934C0A"/>
    <w:rsid w:val="00936D55"/>
    <w:rsid w:val="00946A9B"/>
    <w:rsid w:val="009564AE"/>
    <w:rsid w:val="00977D8A"/>
    <w:rsid w:val="009B0CFA"/>
    <w:rsid w:val="009D7DDF"/>
    <w:rsid w:val="009F5A60"/>
    <w:rsid w:val="00A044EA"/>
    <w:rsid w:val="00A11D10"/>
    <w:rsid w:val="00A241B0"/>
    <w:rsid w:val="00A675F9"/>
    <w:rsid w:val="00A9584A"/>
    <w:rsid w:val="00AA1D8D"/>
    <w:rsid w:val="00AA7082"/>
    <w:rsid w:val="00AA7A0E"/>
    <w:rsid w:val="00AB2A88"/>
    <w:rsid w:val="00AF5299"/>
    <w:rsid w:val="00B46F6C"/>
    <w:rsid w:val="00B47730"/>
    <w:rsid w:val="00B5295B"/>
    <w:rsid w:val="00B53396"/>
    <w:rsid w:val="00B664A8"/>
    <w:rsid w:val="00B6653E"/>
    <w:rsid w:val="00B71EC8"/>
    <w:rsid w:val="00B82300"/>
    <w:rsid w:val="00BA5380"/>
    <w:rsid w:val="00BC1865"/>
    <w:rsid w:val="00BE64A3"/>
    <w:rsid w:val="00BF2A31"/>
    <w:rsid w:val="00BF49A8"/>
    <w:rsid w:val="00C20B48"/>
    <w:rsid w:val="00C27214"/>
    <w:rsid w:val="00C444FF"/>
    <w:rsid w:val="00C45D7A"/>
    <w:rsid w:val="00C650A5"/>
    <w:rsid w:val="00C6664D"/>
    <w:rsid w:val="00C81271"/>
    <w:rsid w:val="00CB0664"/>
    <w:rsid w:val="00D1608A"/>
    <w:rsid w:val="00D36EF8"/>
    <w:rsid w:val="00D536B1"/>
    <w:rsid w:val="00DA7E0C"/>
    <w:rsid w:val="00DC0637"/>
    <w:rsid w:val="00DC386A"/>
    <w:rsid w:val="00DD0BFD"/>
    <w:rsid w:val="00DD4333"/>
    <w:rsid w:val="00E03833"/>
    <w:rsid w:val="00E10A5D"/>
    <w:rsid w:val="00E25F1E"/>
    <w:rsid w:val="00E35474"/>
    <w:rsid w:val="00E41EB7"/>
    <w:rsid w:val="00E43DB1"/>
    <w:rsid w:val="00E950F3"/>
    <w:rsid w:val="00EC3382"/>
    <w:rsid w:val="00ED3D57"/>
    <w:rsid w:val="00EE1F3A"/>
    <w:rsid w:val="00EE7425"/>
    <w:rsid w:val="00F66059"/>
    <w:rsid w:val="00F85323"/>
    <w:rsid w:val="00F87B3C"/>
    <w:rsid w:val="00FB6A1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D5E9B"/>
  <w14:defaultImageDpi w14:val="300"/>
  <w15:docId w15:val="{24E35007-EAA1-4959-91AF-415F7CAD1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F2885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หัวเรื่อง 1 อักขระ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หัวเรื่อง 2 อักขระ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หัวเรื่อง 3 อักขระ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ชื่อเรื่อง อักขระ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ชื่อเรื่องรอง อักขระ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เนื้อความ อักขระ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เนื้อความ 2 อักขระ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ข้อความแมโคร อักขระ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คำอ้างอิง อักขระ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หัวเรื่อง 4 อักขระ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ทำให้คำอ้างอิงเป็นสีเข้มขึ้น อักขระ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a">
    <w:name w:val="Normal (Web)"/>
    <w:basedOn w:val="a1"/>
    <w:uiPriority w:val="99"/>
    <w:semiHidden/>
    <w:unhideWhenUsed/>
    <w:rsid w:val="008F7F0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2625</Words>
  <Characters>14964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17554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DS_Plan2</cp:lastModifiedBy>
  <cp:revision>6</cp:revision>
  <dcterms:created xsi:type="dcterms:W3CDTF">2026-01-25T05:45:00Z</dcterms:created>
  <dcterms:modified xsi:type="dcterms:W3CDTF">2026-01-29T07:32:00Z</dcterms:modified>
  <cp:category/>
</cp:coreProperties>
</file>